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yebrow"/>
        <w:widowControl/>
      </w:pPr>
      <w:r>
        <w:rPr>
          <w:b w:val="0"/>
        </w:rPr>
        <w:t>TÀI LIỆU THỰC HÀNH DÀNH CHO HỌC VIÊN</w:t>
      </w:r>
    </w:p>
    <w:p>
      <w:pPr>
        <w:pStyle w:val="Title"/>
      </w:pPr>
      <w:r>
        <w:t>Tổng hợp câu lệnh</w:t>
        <w:br/>
        <w:t>AI Agent</w:t>
      </w:r>
    </w:p>
    <w:p>
      <w:pPr>
        <w:pStyle w:val="Subtitle"/>
      </w:pPr>
      <w:r>
        <w:t>Buổi tối ngày 14 tháng 10 năm 2026</w:t>
      </w:r>
    </w:p>
    <w:p>
      <w:pPr>
        <w:widowControl/>
      </w:pPr>
      <w:r>
        <w:rPr>
          <w:b/>
        </w:rPr>
        <w:t>Chuyên gia Trần Khánh Tư</w:t>
      </w:r>
    </w:p>
    <w:p>
      <w:pPr>
        <w:pStyle w:val="Meta"/>
        <w:widowControl/>
      </w:pPr>
      <w:r>
        <w:rPr>
          <w:b w:val="0"/>
        </w:rPr>
        <w:t>Khung tổng hợp: 20:00 đến 22:43 ngày 14/10/2026 • Giờ Việt Nam</w:t>
      </w:r>
    </w:p>
    <w:p>
      <w:pPr>
        <w:widowControl/>
      </w:pPr>
      <w:r>
        <w:rPr>
          <w:b w:val="0"/>
        </w:rPr>
        <w:t>Tài liệu tập hợp các yêu cầu, câu lệnh mẫu và các lượt chỉnh sửa trong buổi thực hành. Học viên có thể tìm theo chủ đề, sao chép câu lệnh rồi thay thông tin bằng dữ liệu của mình.</w:t>
      </w:r>
    </w:p>
    <w:p>
      <w:pPr>
        <w:widowControl/>
      </w:pPr>
      <w:r>
        <w:rPr>
          <w:b w:val="0"/>
        </w:rPr>
      </w:r>
      <w:r>
        <w:rPr>
          <w:b/>
        </w:rPr>
        <w:t>Nội dung:</w:t>
      </w:r>
      <w:r>
        <w:rPr>
          <w:b w:val="0"/>
        </w:rPr>
        <w:t xml:space="preserve"> 41 mục ghi nhận từ buổi thực hành; 10 câu lệnh mẫu ứng dụng AI Agent; toàn văn bản lệnh MV karaoke 15 phần.</w:t>
      </w:r>
    </w:p>
    <w:p>
      <w:pPr>
        <w:widowControl/>
      </w:pPr>
      <w:r>
        <w:rPr>
          <w:b w:val="0"/>
        </w:rPr>
      </w:r>
      <w:r>
        <w:rPr>
          <w:b/>
        </w:rPr>
        <w:t>Cách dùng:</w:t>
      </w:r>
      <w:r>
        <w:rPr>
          <w:b w:val="0"/>
        </w:rPr>
        <w:t xml:space="preserve"> Chọn lệnh theo mục tiêu; đính kèm ảnh, âm thanh hoặc tài liệu được nhắc tới. Các phần trong [ngoặc vuông] là chỗ cần thay. Những câu ngắn như “OK” hay “TẢI EXCEL” chỉ dùng tiếp trong cuộc trò chuyện đã có đủ bối cảnh.</w:t>
      </w:r>
    </w:p>
    <w:p>
      <w:pPr>
        <w:widowControl/>
      </w:pPr>
      <w:r>
        <w:rPr>
          <w:b w:val="0"/>
        </w:rPr>
      </w:r>
      <w:r>
        <w:rPr>
          <w:b/>
        </w:rPr>
        <w:t>Nhãn nội dung:</w:t>
      </w:r>
      <w:r>
        <w:rPr>
          <w:b w:val="0"/>
        </w:rPr>
        <w:t xml:space="preserve"> “Nguyên văn” giữ câu đã ghi nhận; “Biên tập” làm rõ câu nói hoặc ý đã trao đổi. Mỗi lệnh giữ nhãn riêng để tiện đối chiếu.</w:t>
      </w:r>
    </w:p>
    <w:p>
      <w:pPr>
        <w:pStyle w:val="Heading1"/>
      </w:pPr>
      <w:r>
        <w:t>Mục lục theo chủ đề</w:t>
      </w:r>
    </w:p>
    <w:tbl>
      <w:tblPr>
        <w:tblW w:type="auto" w:w="0"/>
        <w:jc w:val="center"/>
        <w:tblLayout w:type="fixed"/>
        <w:tblLook w:firstColumn="1" w:firstRow="1" w:lastColumn="0" w:lastRow="0" w:noHBand="0" w:noVBand="1" w:val="04A0"/>
      </w:tblPr>
      <w:tblGrid>
        <w:gridCol w:w="749"/>
        <w:gridCol w:w="8856"/>
      </w:tblGrid>
      <w:tr>
        <w:trPr>
          <w:tblHeader/>
        </w:trPr>
        <w:tc>
          <w:tcPr>
            <w:tcW w:type="dxa" w:w="4845"/>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73B61"/>
          </w:tcPr>
          <w:p>
            <w:pPr>
              <w:spacing w:after="0" w:line="252" w:lineRule="auto"/>
              <w:jc w:val="center"/>
            </w:pPr>
            <w:r>
              <w:rPr>
                <w:b/>
                <w:color w:val="FFFFFF"/>
                <w:sz w:val="20"/>
              </w:rPr>
              <w:t>Phần</w:t>
            </w:r>
          </w:p>
        </w:tc>
        <w:tc>
          <w:tcPr>
            <w:tcW w:type="dxa" w:w="4845"/>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173B61"/>
          </w:tcPr>
          <w:p>
            <w:pPr>
              <w:spacing w:after="0" w:line="252" w:lineRule="auto"/>
            </w:pPr>
            <w:r>
              <w:rPr>
                <w:b/>
                <w:color w:val="FFFFFF"/>
                <w:sz w:val="20"/>
              </w:rPr>
              <w:t>Nội dung</w:t>
            </w:r>
          </w:p>
        </w:tc>
      </w:tr>
      <w:tr>
        <w:tc>
          <w:tcPr>
            <w:tcW w:type="dxa" w:w="749"/>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FFFFF"/>
          </w:tcPr>
          <w:p>
            <w:pPr>
              <w:spacing w:after="0" w:line="252" w:lineRule="auto"/>
              <w:jc w:val="center"/>
            </w:pPr>
            <w:r>
              <w:rPr>
                <w:sz w:val="20"/>
              </w:rPr>
              <w:t>1</w:t>
            </w:r>
          </w:p>
        </w:tc>
        <w:tc>
          <w:tcPr>
            <w:tcW w:type="dxa" w:w="88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FFFFF"/>
          </w:tcPr>
          <w:p>
            <w:pPr>
              <w:spacing w:after="0" w:line="252" w:lineRule="auto"/>
            </w:pPr>
            <w:hyperlink w:anchor="part_1">
              <w:r>
                <w:rPr>
                  <w:color w:val="173B61"/>
                </w:rPr>
                <w:t>Quy ước giao việc và website bán nhung hươu</w:t>
              </w:r>
            </w:hyperlink>
          </w:p>
        </w:tc>
      </w:tr>
      <w:tr>
        <w:tc>
          <w:tcPr>
            <w:tcW w:type="dxa" w:w="749"/>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DF3F8"/>
          </w:tcPr>
          <w:p>
            <w:pPr>
              <w:spacing w:after="0" w:line="252" w:lineRule="auto"/>
              <w:jc w:val="center"/>
            </w:pPr>
            <w:r>
              <w:rPr>
                <w:sz w:val="20"/>
              </w:rPr>
              <w:t>2</w:t>
            </w:r>
          </w:p>
        </w:tc>
        <w:tc>
          <w:tcPr>
            <w:tcW w:type="dxa" w:w="88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DF3F8"/>
          </w:tcPr>
          <w:p>
            <w:pPr>
              <w:spacing w:after="0" w:line="252" w:lineRule="auto"/>
            </w:pPr>
            <w:hyperlink w:anchor="part_2">
              <w:r>
                <w:rPr>
                  <w:color w:val="173B61"/>
                </w:rPr>
                <w:t>Tạo mã QR cho Facebook và website nhận quà</w:t>
              </w:r>
            </w:hyperlink>
          </w:p>
        </w:tc>
      </w:tr>
      <w:tr>
        <w:tc>
          <w:tcPr>
            <w:tcW w:type="dxa" w:w="749"/>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FFFFF"/>
          </w:tcPr>
          <w:p>
            <w:pPr>
              <w:spacing w:after="0" w:line="252" w:lineRule="auto"/>
              <w:jc w:val="center"/>
            </w:pPr>
            <w:r>
              <w:rPr>
                <w:sz w:val="20"/>
              </w:rPr>
              <w:t>3</w:t>
            </w:r>
          </w:p>
        </w:tc>
        <w:tc>
          <w:tcPr>
            <w:tcW w:type="dxa" w:w="88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FFFFF"/>
          </w:tcPr>
          <w:p>
            <w:pPr>
              <w:spacing w:after="0" w:line="252" w:lineRule="auto"/>
            </w:pPr>
            <w:hyperlink w:anchor="part_3">
              <w:r>
                <w:rPr>
                  <w:color w:val="173B61"/>
                </w:rPr>
                <w:t>Hiểu hosting và các thành phần của website</w:t>
              </w:r>
            </w:hyperlink>
          </w:p>
        </w:tc>
      </w:tr>
      <w:tr>
        <w:tc>
          <w:tcPr>
            <w:tcW w:type="dxa" w:w="749"/>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DF3F8"/>
          </w:tcPr>
          <w:p>
            <w:pPr>
              <w:spacing w:after="0" w:line="252" w:lineRule="auto"/>
              <w:jc w:val="center"/>
            </w:pPr>
            <w:r>
              <w:rPr>
                <w:sz w:val="20"/>
              </w:rPr>
              <w:t>4</w:t>
            </w:r>
          </w:p>
        </w:tc>
        <w:tc>
          <w:tcPr>
            <w:tcW w:type="dxa" w:w="88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DF3F8"/>
          </w:tcPr>
          <w:p>
            <w:pPr>
              <w:spacing w:after="0" w:line="252" w:lineRule="auto"/>
            </w:pPr>
            <w:hyperlink w:anchor="part_4">
              <w:r>
                <w:rPr>
                  <w:color w:val="173B61"/>
                </w:rPr>
                <w:t>Viết câu lệnh và thực hành video karaoke</w:t>
              </w:r>
            </w:hyperlink>
          </w:p>
        </w:tc>
      </w:tr>
      <w:tr>
        <w:tc>
          <w:tcPr>
            <w:tcW w:type="dxa" w:w="749"/>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FFFFF"/>
          </w:tcPr>
          <w:p>
            <w:pPr>
              <w:spacing w:after="0" w:line="252" w:lineRule="auto"/>
              <w:jc w:val="center"/>
            </w:pPr>
            <w:r>
              <w:rPr>
                <w:sz w:val="20"/>
              </w:rPr>
              <w:t>5</w:t>
            </w:r>
          </w:p>
        </w:tc>
        <w:tc>
          <w:tcPr>
            <w:tcW w:type="dxa" w:w="88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FFFFF"/>
          </w:tcPr>
          <w:p>
            <w:pPr>
              <w:spacing w:after="0" w:line="252" w:lineRule="auto"/>
            </w:pPr>
            <w:hyperlink w:anchor="part_5">
              <w:r>
                <w:rPr>
                  <w:color w:val="173B61"/>
                </w:rPr>
                <w:t>Xây dựng và hoàn thiện website cá nhân</w:t>
              </w:r>
            </w:hyperlink>
          </w:p>
        </w:tc>
      </w:tr>
      <w:tr>
        <w:tc>
          <w:tcPr>
            <w:tcW w:type="dxa" w:w="749"/>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DF3F8"/>
          </w:tcPr>
          <w:p>
            <w:pPr>
              <w:spacing w:after="0" w:line="252" w:lineRule="auto"/>
              <w:jc w:val="center"/>
            </w:pPr>
            <w:r>
              <w:rPr>
                <w:sz w:val="20"/>
              </w:rPr>
              <w:t>6</w:t>
            </w:r>
          </w:p>
        </w:tc>
        <w:tc>
          <w:tcPr>
            <w:tcW w:type="dxa" w:w="88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DF3F8"/>
          </w:tcPr>
          <w:p>
            <w:pPr>
              <w:spacing w:after="0" w:line="252" w:lineRule="auto"/>
            </w:pPr>
            <w:hyperlink w:anchor="part_6">
              <w:r>
                <w:rPr>
                  <w:color w:val="173B61"/>
                </w:rPr>
                <w:t>Nghiên cứu và làm sách lật Trần Nhân Tông</w:t>
              </w:r>
            </w:hyperlink>
          </w:p>
        </w:tc>
      </w:tr>
      <w:tr>
        <w:tc>
          <w:tcPr>
            <w:tcW w:type="dxa" w:w="749"/>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FFFFF"/>
          </w:tcPr>
          <w:p>
            <w:pPr>
              <w:spacing w:after="0" w:line="252" w:lineRule="auto"/>
              <w:jc w:val="center"/>
            </w:pPr>
            <w:r>
              <w:rPr>
                <w:sz w:val="20"/>
              </w:rPr>
              <w:t>7</w:t>
            </w:r>
          </w:p>
        </w:tc>
        <w:tc>
          <w:tcPr>
            <w:tcW w:type="dxa" w:w="88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FFFFF"/>
          </w:tcPr>
          <w:p>
            <w:pPr>
              <w:spacing w:after="0" w:line="252" w:lineRule="auto"/>
            </w:pPr>
            <w:hyperlink w:anchor="part_7">
              <w:r>
                <w:rPr>
                  <w:color w:val="173B61"/>
                </w:rPr>
                <w:t>Ứng dụng AI Agent và tổng hợp buổi học</w:t>
              </w:r>
            </w:hyperlink>
          </w:p>
        </w:tc>
      </w:tr>
      <w:tr>
        <w:tc>
          <w:tcPr>
            <w:tcW w:type="dxa" w:w="749"/>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DF3F8"/>
          </w:tcPr>
          <w:p>
            <w:pPr>
              <w:spacing w:after="0" w:line="252" w:lineRule="auto"/>
              <w:jc w:val="center"/>
            </w:pPr>
            <w:r>
              <w:rPr>
                <w:sz w:val="20"/>
              </w:rPr>
              <w:t>8</w:t>
            </w:r>
          </w:p>
        </w:tc>
        <w:tc>
          <w:tcPr>
            <w:tcW w:type="dxa" w:w="88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EDF3F8"/>
          </w:tcPr>
          <w:p>
            <w:pPr>
              <w:spacing w:after="0" w:line="252" w:lineRule="auto"/>
            </w:pPr>
            <w:hyperlink w:anchor="part_8">
              <w:r>
                <w:rPr>
                  <w:color w:val="173B61"/>
                </w:rPr>
                <w:t>Mười câu lệnh mẫu AI Agent cho nhà đào tạo</w:t>
              </w:r>
            </w:hyperlink>
          </w:p>
        </w:tc>
      </w:tr>
      <w:tr>
        <w:tc>
          <w:tcPr>
            <w:tcW w:type="dxa" w:w="749"/>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FFFFF"/>
          </w:tcPr>
          <w:p>
            <w:pPr>
              <w:spacing w:after="0" w:line="252" w:lineRule="auto"/>
              <w:jc w:val="center"/>
            </w:pPr>
            <w:r>
              <w:rPr>
                <w:sz w:val="20"/>
              </w:rPr>
              <w:t>9</w:t>
            </w:r>
          </w:p>
        </w:tc>
        <w:tc>
          <w:tcPr>
            <w:tcW w:type="dxa" w:w="8856"/>
            <w:vAlign w:val="center"/>
            <w:tcBorders>
              <w:top w:val="single" w:sz="4" w:color="D9D9D9"/>
              <w:left w:val="single" w:sz="4" w:color="D9D9D9"/>
              <w:bottom w:val="single" w:sz="4" w:color="D9D9D9"/>
              <w:right w:val="single" w:sz="4" w:color="D9D9D9"/>
            </w:tcBorders>
            <w:tcMar>
              <w:top w:w="75" w:type="dxa"/>
              <w:left w:w="75" w:type="dxa"/>
              <w:bottom w:w="75" w:type="dxa"/>
              <w:right w:w="75" w:type="dxa"/>
            </w:tcMar>
            <w:shd w:fill="FFFFFF"/>
          </w:tcPr>
          <w:p>
            <w:pPr>
              <w:spacing w:after="0" w:line="252" w:lineRule="auto"/>
            </w:pPr>
            <w:hyperlink w:anchor="part_9">
              <w:r>
                <w:rPr>
                  <w:color w:val="173B61"/>
                </w:rPr>
                <w:t>Câu lệnh MV karaoke đầy đủ</w:t>
              </w:r>
            </w:hyperlink>
          </w:p>
        </w:tc>
      </w:tr>
    </w:tbl>
    <w:p>
      <w:r>
        <w:br w:type="page"/>
      </w:r>
    </w:p>
    <w:p>
      <w:bookmarkStart w:id="1" w:name="part_1"/>
      <w:pPr>
        <w:pStyle w:val="Heading1"/>
      </w:pPr>
      <w:r>
        <w:t>1  Quy ước giao việc và website bán nhung hươu</w:t>
      </w:r>
      <w:bookmarkEnd w:id="1"/>
    </w:p>
    <w:p>
      <w:pPr>
        <w:pStyle w:val="Heading2"/>
      </w:pPr>
      <w:r>
        <w:t>01  Quy ước phân tích câu lệnh trước khi làm</w:t>
      </w:r>
    </w:p>
    <w:p>
      <w:pPr>
        <w:pStyle w:val="Meta"/>
        <w:widowControl/>
      </w:pPr>
      <w:r>
        <w:rPr>
          <w:b w:val="0"/>
        </w:rPr>
        <w:t>20:53  |  Biên tập từ yêu cầu đã ghi nhận</w:t>
      </w:r>
    </w:p>
    <w:p>
      <w:pPr>
        <w:widowControl/>
      </w:pPr>
      <w:r>
        <w:rPr>
          <w:b w:val="0"/>
        </w:rPr>
        <w:t>Từ bây giờ, khi tôi gửi một câu lệnh hoặc prompt, hãy phân tích mục tiêu, điểm mạnh, điểm thiếu và viết lại thành câu lệnh rõ ràng hơn. Đề xuất nên thực hiện ở Trò chuyện, Công việc hay Codex, đồng thời gợi ý mức suy luận phù hợp. Sau đó để tôi chọn rồi mới thực hiện.</w:t>
      </w:r>
    </w:p>
    <w:p>
      <w:pPr>
        <w:pStyle w:val="Heading2"/>
      </w:pPr>
      <w:r>
        <w:t>02  Nhu cầu làm website bán nhung hươu</w:t>
      </w:r>
    </w:p>
    <w:p>
      <w:pPr>
        <w:pStyle w:val="Meta"/>
        <w:widowControl/>
      </w:pPr>
      <w:r>
        <w:rPr>
          <w:b w:val="0"/>
        </w:rPr>
        <w:t>20:54  |  Biên tập từ lời nói</w:t>
      </w:r>
    </w:p>
    <w:p>
      <w:pPr>
        <w:widowControl/>
      </w:pPr>
      <w:r>
        <w:rPr>
          <w:b w:val="0"/>
        </w:rPr>
        <w:t>Anh muốn làm một website giới thiệu và bán sản phẩm nhung hươu tại Hòa Bình. Có một chị giúp việc đang nuôi một đàn hươu để lấy nhung. Em hãy giúp anh làm website này.</w:t>
      </w:r>
    </w:p>
    <w:p>
      <w:pPr>
        <w:pStyle w:val="Heading2"/>
      </w:pPr>
      <w:r>
        <w:t>03  Câu lệnh website nhung hươu đã được tối ưu</w:t>
      </w:r>
    </w:p>
    <w:p>
      <w:pPr>
        <w:pStyle w:val="Meta"/>
        <w:widowControl/>
      </w:pPr>
      <w:r>
        <w:rPr>
          <w:b w:val="0"/>
        </w:rPr>
        <w:t>20:54  |  Biên tập lại từ nội dung lệnh trợ lý đã đề xuất</w:t>
      </w:r>
    </w:p>
    <w:p>
      <w:pPr>
        <w:widowControl/>
      </w:pPr>
      <w:r>
        <w:rPr>
          <w:b w:val="0"/>
        </w:rPr>
        <w:t>Hãy giúp tôi xây dựng website giới thiệu và bán nhung hươu tại Hòa Bình. Trước tiên, hỏi tôi từng câu dễ hiểu để làm rõ khách hàng, người nuôi, trang trại, đàn hươu, sản phẩm, giá, nguồn gốc, hình ảnh và cách đặt hàng. Website cần hiển thị tốt trên điện thoại, có phần giới thiệu, hình ảnh thực tế và nút gọi hoặc Zalo. Không bịa chứng nhận, công dụng y tế, giá bán hoặc đánh giá khách hàng. Sau khi đủ thông tin, tổng hợp thành yêu cầu thiết kế để tôi xem trước khi triển khai.</w:t>
      </w:r>
    </w:p>
    <w:p>
      <w:bookmarkStart w:id="2" w:name="part_2"/>
      <w:pPr>
        <w:pStyle w:val="Heading1"/>
      </w:pPr>
      <w:r>
        <w:t>2  Tạo mã QR cho Facebook và website nhận quà</w:t>
      </w:r>
      <w:bookmarkEnd w:id="2"/>
    </w:p>
    <w:p>
      <w:pPr>
        <w:pStyle w:val="Heading2"/>
      </w:pPr>
      <w:r>
        <w:t>04  Mã QR đường dẫn Facebook</w:t>
      </w:r>
    </w:p>
    <w:p>
      <w:pPr>
        <w:pStyle w:val="Meta"/>
        <w:widowControl/>
      </w:pPr>
      <w:r>
        <w:rPr>
          <w:b w:val="0"/>
        </w:rPr>
        <w:t>Chuỗi trao đổi 20 giờ  |  Biên tập từ lời nói</w:t>
      </w:r>
    </w:p>
    <w:p>
      <w:pPr>
        <w:widowControl/>
      </w:pPr>
      <w:r>
        <w:rPr>
          <w:b w:val="0"/>
        </w:rPr>
        <w:t>Hãy tạo cho anh một mã QR từ đường link https://www.facebook.com/share/v/19b6mcSfpA/ . Ghi tiêu đề “Link Facebook” và trang trí cho đẹp.</w:t>
      </w:r>
    </w:p>
    <w:p>
      <w:pPr>
        <w:pStyle w:val="Heading2"/>
      </w:pPr>
      <w:r>
        <w:t>05  Mã QR giới thiệu video Trần Khánh Tư</w:t>
      </w:r>
    </w:p>
    <w:p>
      <w:pPr>
        <w:pStyle w:val="Meta"/>
        <w:widowControl/>
      </w:pPr>
      <w:r>
        <w:rPr>
          <w:b w:val="0"/>
        </w:rPr>
        <w:t>Chuỗi trao đổi 20 giờ  |  Biên tập từ lời nói</w:t>
      </w:r>
    </w:p>
    <w:p>
      <w:pPr>
        <w:widowControl/>
      </w:pPr>
      <w:r>
        <w:rPr>
          <w:b w:val="0"/>
        </w:rPr>
        <w:t>Dựa vào đường link https://www.facebook.com/share/v/19b6mcSfpA/ , hãy tạo mã QR và trang trí đẹp. Ghi tiêu đề giới thiệu đây là đường link chia sẻ Facebook về video Trần Khánh Tư.</w:t>
      </w:r>
    </w:p>
    <w:p>
      <w:pPr>
        <w:pStyle w:val="Heading2"/>
      </w:pPr>
      <w:r>
        <w:t>06  Mã QR website để nhận quà</w:t>
      </w:r>
    </w:p>
    <w:p>
      <w:pPr>
        <w:pStyle w:val="Meta"/>
        <w:widowControl/>
      </w:pPr>
      <w:r>
        <w:rPr>
          <w:b w:val="0"/>
        </w:rPr>
        <w:t>Chuỗi trao đổi 20 giờ  |  Biên tập từ lời nói</w:t>
      </w:r>
    </w:p>
    <w:p>
      <w:pPr>
        <w:widowControl/>
      </w:pPr>
      <w:r>
        <w:rPr>
          <w:b w:val="0"/>
        </w:rPr>
        <w:t>Hãy tạo mã QR từ đường link https://phamthanhnhue.vn/ . Ghi rõ “WEBSITE ĐỂ NHẬN QUÀ”. Đưa hướng dẫn lên hình mã QR: “Hãy tìm đến Tôn Ngộ Không hoặc Trư Bát Giới và bắt được Tôn Ngộ Không và Trư Bát Giới.”</w:t>
      </w:r>
    </w:p>
    <w:p>
      <w:bookmarkStart w:id="3" w:name="part_3"/>
      <w:pPr>
        <w:pStyle w:val="Heading1"/>
      </w:pPr>
      <w:r>
        <w:t>3  Hiểu hosting và các thành phần của website</w:t>
      </w:r>
      <w:bookmarkEnd w:id="3"/>
    </w:p>
    <w:p>
      <w:pPr>
        <w:pStyle w:val="Heading2"/>
      </w:pPr>
      <w:r>
        <w:t>07  Giải thích hosting bằng ngôn ngữ dễ hiểu</w:t>
      </w:r>
    </w:p>
    <w:p>
      <w:pPr>
        <w:pStyle w:val="Meta"/>
        <w:widowControl/>
      </w:pPr>
      <w:r>
        <w:rPr>
          <w:b w:val="0"/>
        </w:rPr>
        <w:t>Chuỗi trao đổi 21 giờ  |  Biên tập từ lời nói</w:t>
      </w:r>
    </w:p>
    <w:p>
      <w:pPr>
        <w:widowControl/>
      </w:pPr>
      <w:r>
        <w:rPr>
          <w:b w:val="0"/>
        </w:rPr>
        <w:t>Hãy cho anh biết hosting dùng để làm gì, sử dụng vào việc gì và cho ví dụ cụ thể. Giải thích sao cho một đứa trẻ lớp 5 cũng hiểu được. Cho cả câu lệnh để thực hành với từ khóa này.</w:t>
      </w:r>
    </w:p>
    <w:p>
      <w:pPr>
        <w:pStyle w:val="Heading2"/>
      </w:pPr>
      <w:r>
        <w:t>08  Liệt kê các thành phần chính của website</w:t>
      </w:r>
    </w:p>
    <w:p>
      <w:pPr>
        <w:pStyle w:val="Meta"/>
        <w:widowControl/>
      </w:pPr>
      <w:r>
        <w:rPr>
          <w:b w:val="0"/>
        </w:rPr>
        <w:t>Chuỗi trao đổi 21 giờ  |  Biên tập từ lời nói</w:t>
      </w:r>
    </w:p>
    <w:p>
      <w:pPr>
        <w:widowControl/>
      </w:pPr>
      <w:r>
        <w:rPr>
          <w:b w:val="0"/>
        </w:rPr>
        <w:t>Bây giờ anh muốn thiết kế một website. Trong website cần có những thành phần chính nào? Hãy liệt kê theo thứ tự để anh biết.</w:t>
      </w:r>
    </w:p>
    <w:p>
      <w:bookmarkStart w:id="4" w:name="part_4"/>
      <w:pPr>
        <w:pStyle w:val="Heading1"/>
      </w:pPr>
      <w:r>
        <w:t>4  Viết câu lệnh và thực hành video karaoke</w:t>
      </w:r>
      <w:bookmarkEnd w:id="4"/>
    </w:p>
    <w:p>
      <w:pPr>
        <w:pStyle w:val="Heading2"/>
      </w:pPr>
      <w:r>
        <w:t>09  Phân tích và viết lại yêu cầu video</w:t>
      </w:r>
    </w:p>
    <w:p>
      <w:pPr>
        <w:pStyle w:val="Meta"/>
        <w:widowControl/>
      </w:pPr>
      <w:r>
        <w:rPr>
          <w:b w:val="0"/>
        </w:rPr>
        <w:t>21:17  |  Biên tập từ lời nói</w:t>
      </w:r>
    </w:p>
    <w:p>
      <w:pPr>
        <w:widowControl/>
      </w:pPr>
      <w:r>
        <w:rPr>
          <w:b w:val="0"/>
        </w:rPr>
        <w:t>Đây là câu lệnh anh muốn dùng để làm video karaoke. Em hãy đọc, phân tích rồi viết lại cho hay và rõ hơn để tạo được video xuất sắc; lúc này chỉ viết lại câu lệnh, chưa làm video. Video dùng file nhạc anh gửi, có hình ảnh phù hợp từng nội dung, từng đoạn và bối cảnh. Lời karaoke phải to, rõ, chạy và đổi màu khớp nhạc; có chuyển động, phóng to và thu nhỏ phù hợp.</w:t>
      </w:r>
    </w:p>
    <w:p>
      <w:pPr>
        <w:pStyle w:val="Heading2"/>
      </w:pPr>
      <w:r>
        <w:t>10  Bổ sung chân dung làm nhân vật chính</w:t>
      </w:r>
    </w:p>
    <w:p>
      <w:pPr>
        <w:pStyle w:val="Meta"/>
        <w:widowControl/>
      </w:pPr>
      <w:r>
        <w:rPr>
          <w:b w:val="0"/>
        </w:rPr>
        <w:t>21:20  |  Biên tập từ lời nói</w:t>
      </w:r>
    </w:p>
    <w:p>
      <w:pPr>
        <w:widowControl/>
      </w:pPr>
      <w:r>
        <w:rPr>
          <w:b w:val="0"/>
        </w:rPr>
        <w:t>Anh sẽ gửi thêm ảnh chân dung để làm ảnh bìa và lấy anh làm nhân vật trung tâm xuyên suốt video. Em hãy nối yêu cầu này vào câu lệnh bên trên để anh đưa ảnh của mình vào.</w:t>
      </w:r>
    </w:p>
    <w:p>
      <w:pPr>
        <w:pStyle w:val="Heading2"/>
      </w:pPr>
      <w:r>
        <w:t>11  Gộp thành câu lệnh hoàn chỉnh</w:t>
      </w:r>
    </w:p>
    <w:p>
      <w:pPr>
        <w:pStyle w:val="Meta"/>
        <w:widowControl/>
      </w:pPr>
      <w:r>
        <w:rPr>
          <w:b w:val="0"/>
        </w:rPr>
        <w:t>Trong chuỗi viết lệnh video  |  Nguyên văn được lưu trong lịch sử hiển thị</w:t>
      </w:r>
    </w:p>
    <w:p>
      <w:pPr>
        <w:widowControl/>
      </w:pPr>
      <w:r>
        <w:rPr>
          <w:b w:val="0"/>
        </w:rPr>
        <w:t>Bây giờ em viết câu lệnh hoàn chỉnh để anh copy được.</w:t>
      </w:r>
    </w:p>
    <w:p>
      <w:pPr>
        <w:pStyle w:val="Heading2"/>
      </w:pPr>
      <w:r>
        <w:t>12  Bản câu lệnh MV karaoke đầy đủ</w:t>
      </w:r>
    </w:p>
    <w:p>
      <w:pPr>
        <w:pStyle w:val="Meta"/>
        <w:widowControl/>
      </w:pPr>
      <w:r>
        <w:rPr>
          <w:b w:val="0"/>
        </w:rPr>
        <w:t>21:25  |  Bản đầy đủ được giữ ở cuối tài liệu</w:t>
      </w:r>
    </w:p>
    <w:p>
      <w:pPr>
        <w:widowControl/>
      </w:pPr>
      <w:r>
        <w:rPr>
          <w:b w:val="0"/>
        </w:rPr>
        <w:t>Sao chép toàn bộ nội dung ở phần “Câu lệnh MV karaoke đầy đủ” cuối tài liệu. Đây là bản lệnh dài gồm 15 phần, được gửi trong tệp Văn bản đã dán (1)(20261014-142536).txt.</w:t>
      </w:r>
    </w:p>
    <w:p>
      <w:pPr>
        <w:pStyle w:val="Heading2"/>
      </w:pPr>
      <w:r>
        <w:t>13  Chủ động xử lý các phần khó</w:t>
      </w:r>
    </w:p>
    <w:p>
      <w:pPr>
        <w:pStyle w:val="Meta"/>
        <w:widowControl/>
      </w:pPr>
      <w:r>
        <w:rPr>
          <w:b w:val="0"/>
        </w:rPr>
        <w:t>21:28  |  Biên tập từ ý đã ghi nhận</w:t>
      </w:r>
    </w:p>
    <w:p>
      <w:pPr>
        <w:widowControl/>
      </w:pPr>
      <w:r>
        <w:rPr>
          <w:b w:val="0"/>
        </w:rPr>
        <w:t>Em hãy làm đi. Phần khó thì tự suy nghĩ và xử lý; nếu không có ảnh thì tự sáng tác. Đừng hỏi nhiều.</w:t>
      </w:r>
    </w:p>
    <w:p>
      <w:pPr>
        <w:pStyle w:val="Heading2"/>
      </w:pPr>
      <w:r>
        <w:t>14  Cho phép bắt đầu dựng video</w:t>
      </w:r>
    </w:p>
    <w:p>
      <w:pPr>
        <w:pStyle w:val="Meta"/>
        <w:widowControl/>
      </w:pPr>
      <w:r>
        <w:rPr>
          <w:b w:val="0"/>
        </w:rPr>
        <w:t>21:29  |  Nguyên văn được truy xuất</w:t>
      </w:r>
    </w:p>
    <w:p>
      <w:pPr>
        <w:widowControl/>
      </w:pPr>
      <w:r>
        <w:rPr>
          <w:b w:val="0"/>
        </w:rPr>
        <w:t>Ok em làm đi, đừng hỏi gì nữa.</w:t>
      </w:r>
    </w:p>
    <w:p>
      <w:pPr>
        <w:pStyle w:val="Heading2"/>
      </w:pPr>
      <w:r>
        <w:t>15  Dùng ảnh tham chiếu khi phù hợp</w:t>
      </w:r>
    </w:p>
    <w:p>
      <w:pPr>
        <w:pStyle w:val="Meta"/>
        <w:widowControl/>
      </w:pPr>
      <w:r>
        <w:rPr>
          <w:b w:val="0"/>
        </w:rPr>
        <w:t>21:30  |  Biên tập từ ý đã ghi nhận</w:t>
      </w:r>
    </w:p>
    <w:p>
      <w:pPr>
        <w:widowControl/>
      </w:pPr>
      <w:r>
        <w:rPr>
          <w:b w:val="0"/>
        </w:rPr>
        <w:t>Nếu ảnh anh gửi dùng được thì em đưa ảnh vào video.</w:t>
      </w:r>
    </w:p>
    <w:p>
      <w:pPr>
        <w:pStyle w:val="Heading2"/>
      </w:pPr>
      <w:r>
        <w:t>16  Sửa lời karaoke bị lệch</w:t>
      </w:r>
    </w:p>
    <w:p>
      <w:pPr>
        <w:pStyle w:val="Meta"/>
        <w:widowControl/>
      </w:pPr>
      <w:r>
        <w:rPr>
          <w:b w:val="0"/>
        </w:rPr>
        <w:t>21:55  |  Nguyên văn được lưu trong lịch sử hiển thị</w:t>
      </w:r>
    </w:p>
    <w:p>
      <w:pPr>
        <w:widowControl/>
      </w:pPr>
      <w:r>
        <w:rPr>
          <w:b w:val="0"/>
        </w:rPr>
        <w:t>Em ơi, lỗi rồi. Anh thấy phần chữ, phần lời nó không khớp vào nhau rồi. Bây giờ em soát lại một lần nữa rồi cho nó chạy lại cho anh.</w:t>
      </w:r>
    </w:p>
    <w:p>
      <w:pPr>
        <w:pStyle w:val="Heading2"/>
      </w:pPr>
      <w:r>
        <w:t>17  Báo lỗi tải video</w:t>
      </w:r>
    </w:p>
    <w:p>
      <w:pPr>
        <w:pStyle w:val="Meta"/>
        <w:widowControl/>
      </w:pPr>
      <w:r>
        <w:rPr>
          <w:b w:val="0"/>
        </w:rPr>
        <w:t>22:09  |  Nguyên văn được truy xuất</w:t>
      </w:r>
    </w:p>
    <w:p>
      <w:pPr>
        <w:widowControl/>
      </w:pPr>
      <w:r>
        <w:rPr>
          <w:b w:val="0"/>
        </w:rPr>
        <w:t>KHÔNG TẢI ĐƯỢC</w:t>
      </w:r>
    </w:p>
    <w:p>
      <w:pPr>
        <w:pStyle w:val="Heading2"/>
      </w:pPr>
      <w:r>
        <w:t>18  Làm MV từ toàn bộ file nhạc</w:t>
      </w:r>
    </w:p>
    <w:p>
      <w:pPr>
        <w:pStyle w:val="Meta"/>
        <w:widowControl/>
      </w:pPr>
      <w:r>
        <w:rPr>
          <w:b w:val="0"/>
        </w:rPr>
        <w:t>22:17  |  Biên tập từ lời nói</w:t>
      </w:r>
    </w:p>
    <w:p>
      <w:pPr>
        <w:widowControl/>
      </w:pPr>
      <w:r>
        <w:rPr>
          <w:b w:val="0"/>
        </w:rPr>
        <w:t>Dựa vào toàn bộ file nhạc anh gửi, hãy tạo cho anh một video ca nhạc. Em tự tạo hình ảnh khớp nội dung và bối cảnh để người xem vừa nghe nhạc vừa cảm nhận sâu sắc bài hát. Hình ảnh phải có chiều sâu. Chạy chữ theo lời bài hát, chữ to, rõ, dễ đọc; lời hát đến đâu thì chữ đổi màu đến đó. Thực hiện chính xác giữa lời, nhạc và hình.</w:t>
      </w:r>
    </w:p>
    <w:p>
      <w:pPr>
        <w:pStyle w:val="Heading2"/>
      </w:pPr>
      <w:r>
        <w:t>19  Câu lệnh triển khai MV Tắt Đèn Để Thấy Trăng</w:t>
      </w:r>
    </w:p>
    <w:p>
      <w:pPr>
        <w:pStyle w:val="Meta"/>
        <w:widowControl/>
      </w:pPr>
      <w:r>
        <w:rPr>
          <w:b w:val="0"/>
        </w:rPr>
        <w:t>21:28  |  Biên tập từ nội dung lệnh trợ lý đã đề xuất</w:t>
      </w:r>
    </w:p>
    <w:p>
      <w:pPr>
        <w:widowControl/>
      </w:pPr>
      <w:r>
        <w:rPr>
          <w:b w:val="0"/>
        </w:rPr>
        <w:t>Hãy tạo MV karaoke “TẮT ĐÈN ĐỂ THẤY TRĂNG” từ file Tắt Đèn Để Thấy Trăng.mp3 và ảnh image(20261014-142706).png đã cung cấp. Tìm các tệp được phép sử dụng trong không gian làm việc và kiểm tra công cụ hiện có. Nếu không có ảnh chân dung dùng được, dùng nhân vật nam Việt Nam trung niên hư cấu. Dựng video 16:9, 1920 × 1080, lời karaoke tiếng Việt và xuất MP4 H.264/AAC. Kiểm tra video, âm thanh, phụ đề và khả năng mở tệp trước khi bàn giao; nói rõ phần đồng bộ nào còn cần kiểm tra thủ công.</w:t>
      </w:r>
    </w:p>
    <w:p>
      <w:bookmarkStart w:id="5" w:name="part_5"/>
      <w:pPr>
        <w:pStyle w:val="Heading1"/>
      </w:pPr>
      <w:r>
        <w:t>5  Xây dựng và hoàn thiện website cá nhân</w:t>
      </w:r>
      <w:bookmarkEnd w:id="5"/>
    </w:p>
    <w:p>
      <w:pPr>
        <w:pStyle w:val="Heading2"/>
      </w:pPr>
      <w:r>
        <w:t>20  Mở đầu dự án website kết nối</w:t>
      </w:r>
    </w:p>
    <w:p>
      <w:pPr>
        <w:pStyle w:val="Meta"/>
        <w:widowControl/>
      </w:pPr>
      <w:r>
        <w:rPr>
          <w:b w:val="0"/>
        </w:rPr>
        <w:t>21:39  |  Biên tập từ ý đã ghi nhận</w:t>
      </w:r>
    </w:p>
    <w:p>
      <w:pPr>
        <w:widowControl/>
      </w:pPr>
      <w:r>
        <w:rPr>
          <w:b w:val="0"/>
        </w:rPr>
        <w:t>Anh muốn tạo website cá nhân để giới thiệu nghề nghiệp, cuộc sống và sở thích, đồng thời kết nối với những người anh gặp bằng mã QR. Website cần có nơi lưu thông tin người muốn kết nối. Em hãy hỏi từng câu để hiểu đủ nhu cầu, gom thông tin rồi mới triển khai.</w:t>
      </w:r>
    </w:p>
    <w:p>
      <w:pPr>
        <w:pStyle w:val="Heading2"/>
      </w:pPr>
      <w:r>
        <w:t>21  Chọn định vị website</w:t>
      </w:r>
    </w:p>
    <w:p>
      <w:pPr>
        <w:pStyle w:val="Meta"/>
        <w:widowControl/>
      </w:pPr>
      <w:r>
        <w:rPr>
          <w:b w:val="0"/>
        </w:rPr>
        <w:t>21:45  |  Cụm từ lựa chọn đã ghi nhận</w:t>
      </w:r>
    </w:p>
    <w:p>
      <w:pPr>
        <w:widowControl/>
      </w:pPr>
      <w:r>
        <w:rPr>
          <w:b w:val="0"/>
        </w:rPr>
        <w:t>Người bạn đồng hành</w:t>
      </w:r>
    </w:p>
    <w:p>
      <w:pPr>
        <w:pStyle w:val="Heading2"/>
      </w:pPr>
      <w:r>
        <w:t>22  Chọn phong cách giao diện</w:t>
      </w:r>
    </w:p>
    <w:p>
      <w:pPr>
        <w:pStyle w:val="Meta"/>
        <w:widowControl/>
      </w:pPr>
      <w:r>
        <w:rPr>
          <w:b w:val="0"/>
        </w:rPr>
        <w:t>22:02  |  Biên tập từ lựa chọn đã ghi nhận</w:t>
      </w:r>
    </w:p>
    <w:p>
      <w:pPr>
        <w:widowControl/>
      </w:pPr>
      <w:r>
        <w:rPr>
          <w:b w:val="0"/>
        </w:rPr>
        <w:t>Chọn phương án 1: website ấm áp và gần gũi.</w:t>
      </w:r>
    </w:p>
    <w:p>
      <w:pPr>
        <w:pStyle w:val="Heading2"/>
      </w:pPr>
      <w:r>
        <w:t>23  Thông tin cần có trong phần kết nối</w:t>
      </w:r>
    </w:p>
    <w:p>
      <w:pPr>
        <w:pStyle w:val="Meta"/>
        <w:widowControl/>
      </w:pPr>
      <w:r>
        <w:rPr>
          <w:b w:val="0"/>
        </w:rPr>
        <w:t>21:57  |  Biên tập từ ý đã ghi nhận</w:t>
      </w:r>
    </w:p>
    <w:p>
      <w:pPr>
        <w:widowControl/>
      </w:pPr>
      <w:r>
        <w:rPr>
          <w:b w:val="0"/>
        </w:rPr>
        <w:t>Website cần có họ tên, số điện thoại và một ô để người dùng chia sẻ tâm sự, nhu cầu hoặc mong muốn kết nối. Có mục nhận quà gắn đường link tài liệu hoặc dữ liệu.</w:t>
      </w:r>
    </w:p>
    <w:p>
      <w:pPr>
        <w:pStyle w:val="Heading2"/>
      </w:pPr>
      <w:r>
        <w:t>24  Xuất dữ liệu ra Excel</w:t>
      </w:r>
    </w:p>
    <w:p>
      <w:pPr>
        <w:pStyle w:val="Meta"/>
        <w:widowControl/>
      </w:pPr>
      <w:r>
        <w:rPr>
          <w:b w:val="0"/>
        </w:rPr>
        <w:t>22:03  |  Nguyên văn được truy xuất</w:t>
      </w:r>
    </w:p>
    <w:p>
      <w:pPr>
        <w:widowControl/>
      </w:pPr>
      <w:r>
        <w:rPr>
          <w:b w:val="0"/>
        </w:rPr>
        <w:t>TAI EXCEL</w:t>
      </w:r>
    </w:p>
    <w:p>
      <w:pPr>
        <w:pStyle w:val="Heading2"/>
      </w:pPr>
      <w:r>
        <w:t>25  Dùng đường dẫn nền tảng trước</w:t>
      </w:r>
    </w:p>
    <w:p>
      <w:pPr>
        <w:pStyle w:val="Meta"/>
        <w:widowControl/>
      </w:pPr>
      <w:r>
        <w:rPr>
          <w:b w:val="0"/>
        </w:rPr>
        <w:t>22:04  |  Biên tập từ lời nói</w:t>
      </w:r>
    </w:p>
    <w:p>
      <w:pPr>
        <w:widowControl/>
      </w:pPr>
      <w:r>
        <w:rPr>
          <w:b w:val="0"/>
        </w:rPr>
        <w:t>Bây giờ anh dùng tạm trên nền tảng của ChatGPT để trải nghiệm trước. Sau này anh mua tên miền sau.</w:t>
      </w:r>
    </w:p>
    <w:p>
      <w:pPr>
        <w:pStyle w:val="Heading2"/>
      </w:pPr>
      <w:r>
        <w:t>26  Tạo ảnh mô phỏng để duyệt</w:t>
      </w:r>
    </w:p>
    <w:p>
      <w:pPr>
        <w:pStyle w:val="Meta"/>
        <w:widowControl/>
      </w:pPr>
      <w:r>
        <w:rPr>
          <w:b w:val="0"/>
        </w:rPr>
        <w:t>22:06  |  Biên tập từ lời nói</w:t>
      </w:r>
    </w:p>
    <w:p>
      <w:pPr>
        <w:widowControl/>
      </w:pPr>
      <w:r>
        <w:rPr>
          <w:b w:val="0"/>
        </w:rPr>
        <w:t>Hãy tạo cho anh một hình ảnh giống website thật mà em dự định làm. Anh xem hình trước để biết có ổn không, rồi em mới thực hành xây website.</w:t>
      </w:r>
    </w:p>
    <w:p>
      <w:pPr>
        <w:pStyle w:val="Heading2"/>
      </w:pPr>
      <w:r>
        <w:t>27  Duyệt thiết kế và yêu cầu xây thật</w:t>
      </w:r>
    </w:p>
    <w:p>
      <w:pPr>
        <w:pStyle w:val="Meta"/>
        <w:widowControl/>
      </w:pPr>
      <w:r>
        <w:rPr>
          <w:b w:val="0"/>
        </w:rPr>
        <w:t>22:11  |  Nguyên văn được lưu trong lịch sử hiển thị</w:t>
      </w:r>
    </w:p>
    <w:p>
      <w:pPr>
        <w:widowControl/>
      </w:pPr>
      <w:r>
        <w:rPr>
          <w:b w:val="0"/>
        </w:rPr>
        <w:t>Quá đẹp rồi em ơi, bây giờ em hãy thực hành làm ra website cho anh luôn và cuối cùng tạo ra cả mÃ qr code để anh công chiếu cho mọi người.</w:t>
      </w:r>
    </w:p>
    <w:p>
      <w:pPr>
        <w:pStyle w:val="Heading2"/>
      </w:pPr>
      <w:r>
        <w:t>28  Sửa toàn bộ phông chữ website</w:t>
      </w:r>
    </w:p>
    <w:p>
      <w:pPr>
        <w:pStyle w:val="Meta"/>
        <w:widowControl/>
      </w:pPr>
      <w:r>
        <w:rPr>
          <w:b w:val="0"/>
        </w:rPr>
        <w:t>22:20  |  Biên tập từ lời nói</w:t>
      </w:r>
    </w:p>
    <w:p>
      <w:pPr>
        <w:widowControl/>
      </w:pPr>
      <w:r>
        <w:rPr>
          <w:b w:val="0"/>
        </w:rPr>
        <w:t>Toàn bộ phần chữ anh đang thấy bị lỗi. Hãy dùng phông chữ rõ ràng, chuẩn như trên các tờ báo lớn. Kiểm tra kỹ toàn bộ chữ tiếng Việt; tuyệt đối không để lỗi phông vì đây là điều tối kị khi làm website.</w:t>
      </w:r>
    </w:p>
    <w:p>
      <w:pPr>
        <w:pStyle w:val="Heading2"/>
      </w:pPr>
      <w:r>
        <w:t>29  Tạo ảnh đạo sĩ từ ảnh tham chiếu</w:t>
      </w:r>
    </w:p>
    <w:p>
      <w:pPr>
        <w:pStyle w:val="Meta"/>
        <w:widowControl/>
      </w:pPr>
      <w:r>
        <w:rPr>
          <w:b w:val="0"/>
        </w:rPr>
        <w:t>22:27  |  Biên tập từ ý đã ghi nhận</w:t>
      </w:r>
    </w:p>
    <w:p>
      <w:pPr>
        <w:widowControl/>
      </w:pPr>
      <w:r>
        <w:rPr>
          <w:b w:val="0"/>
        </w:rPr>
        <w:t>Tham chiếu ảnh anh đã gửi và giữ đúng gương mặt người đàn ông. Thiết kế người này mặc trang phục đạo sĩ, ngồi trên bàn hoặc phiến đá bên suối, phía sau có nhiều lớp núi tạo chiều sâu. Bối cảnh chiều, thần thái tiêu diêu.</w:t>
      </w:r>
    </w:p>
    <w:p>
      <w:pPr>
        <w:pStyle w:val="Heading2"/>
      </w:pPr>
      <w:r>
        <w:t>30  Duyệt ảnh để áp dụng vào website</w:t>
      </w:r>
    </w:p>
    <w:p>
      <w:pPr>
        <w:pStyle w:val="Meta"/>
        <w:widowControl/>
      </w:pPr>
      <w:r>
        <w:rPr>
          <w:b w:val="0"/>
        </w:rPr>
        <w:t>Trong chuỗi website tối nay  |  Tóm ý câu nói đã ghi nhận</w:t>
      </w:r>
    </w:p>
    <w:p>
      <w:pPr>
        <w:widowControl/>
      </w:pPr>
      <w:r>
        <w:rPr>
          <w:b w:val="0"/>
        </w:rPr>
        <w:t>Ảnh đã đẹp, hãy áp dụng hình ảnh này vào website.</w:t>
      </w:r>
    </w:p>
    <w:p>
      <w:pPr>
        <w:pStyle w:val="Heading2"/>
      </w:pPr>
      <w:r>
        <w:t>31  Tạo QR với tiêu đề dành cho bạn hữu</w:t>
      </w:r>
    </w:p>
    <w:p>
      <w:pPr>
        <w:pStyle w:val="Meta"/>
        <w:widowControl/>
      </w:pPr>
      <w:r>
        <w:rPr>
          <w:b w:val="0"/>
        </w:rPr>
        <w:t>22:37  |  Biên tập từ lời nói</w:t>
      </w:r>
    </w:p>
    <w:p>
      <w:pPr>
        <w:widowControl/>
      </w:pPr>
      <w:r>
        <w:rPr>
          <w:b w:val="0"/>
        </w:rPr>
        <w:t>Tạo mã QR dẫn tới website và ghi tiêu đề: “Website giới thiệu về Trần Khánh Tư với những người bạn chân quý.”</w:t>
      </w:r>
    </w:p>
    <w:p>
      <w:pPr>
        <w:pStyle w:val="Heading2"/>
      </w:pPr>
      <w:r>
        <w:t>32  Kiểm tra ảnh đầu trang chưa cập nhật</w:t>
      </w:r>
    </w:p>
    <w:p>
      <w:pPr>
        <w:pStyle w:val="Meta"/>
        <w:widowControl/>
      </w:pPr>
      <w:r>
        <w:rPr>
          <w:b w:val="0"/>
        </w:rPr>
        <w:t>Trong chuỗi website tối nay  |  Nguyên văn được lưu trong lịch sử hiển thị</w:t>
      </w:r>
    </w:p>
    <w:p>
      <w:pPr>
        <w:widowControl/>
      </w:pPr>
      <w:r>
        <w:rPr>
          <w:b w:val="0"/>
        </w:rPr>
        <w:t>Anh chưa thấy gửi hình ảnh mới lên trên này và chưa thấy thay đổi giao diện ở bên trên cùng.</w:t>
      </w:r>
    </w:p>
    <w:p>
      <w:pPr>
        <w:pStyle w:val="Heading2"/>
      </w:pPr>
      <w:r>
        <w:t>33  Thêm nút tải tài liệu quà tặng</w:t>
      </w:r>
    </w:p>
    <w:p>
      <w:pPr>
        <w:pStyle w:val="Meta"/>
        <w:widowControl/>
      </w:pPr>
      <w:r>
        <w:rPr>
          <w:b w:val="0"/>
        </w:rPr>
        <w:t>Trong chuỗi website tối nay  |  Biên tập từ lời nói</w:t>
      </w:r>
    </w:p>
    <w:p>
      <w:pPr>
        <w:widowControl/>
      </w:pPr>
      <w:r>
        <w:rPr>
          <w:b w:val="0"/>
        </w:rPr>
        <w:t>Thêm một nút dưới phần hộp nhận quà trên giao diện website, ghi “Tài liệu quà tặng những câu lệnh xuất sắc của Trần Khánh Tư”. Để nút màu đỏ cho dễ nhìn. Sau nút này, gắn file Word anh sẽ gửi để mọi người bấm và tải tài liệu về được.</w:t>
      </w:r>
    </w:p>
    <w:p>
      <w:bookmarkStart w:id="6" w:name="part_6"/>
      <w:pPr>
        <w:pStyle w:val="Heading1"/>
      </w:pPr>
      <w:r>
        <w:t>6  Nghiên cứu và làm sách lật Trần Nhân Tông</w:t>
      </w:r>
      <w:bookmarkEnd w:id="6"/>
    </w:p>
    <w:p>
      <w:pPr>
        <w:pStyle w:val="Heading2"/>
      </w:pPr>
      <w:r>
        <w:t>34  Nghiên cứu cuộc đời và lập bố cục sách</w:t>
      </w:r>
    </w:p>
    <w:p>
      <w:pPr>
        <w:pStyle w:val="Meta"/>
        <w:widowControl/>
      </w:pPr>
      <w:r>
        <w:rPr>
          <w:b w:val="0"/>
        </w:rPr>
        <w:t>22:16  |  Biên tập từ lời nói</w:t>
      </w:r>
    </w:p>
    <w:p>
      <w:pPr>
        <w:widowControl/>
      </w:pPr>
      <w:r>
        <w:rPr>
          <w:b w:val="0"/>
        </w:rPr>
        <w:t>Hãy tìm hiểu về vua Trần Nhân Tông của Việt Nam, vị vua tu hành tại Yên Tử và được tôn xưng là Phật hoàng. Báo cáo thông tin về con người này, sau đó lên bố cục một cuốn sách lật nói về cuộc đời Phật hoàng Trần Nhân Tông.</w:t>
      </w:r>
    </w:p>
    <w:p>
      <w:pPr>
        <w:pStyle w:val="Heading2"/>
      </w:pPr>
      <w:r>
        <w:t>35  Duyệt triển khai sách lật</w:t>
      </w:r>
    </w:p>
    <w:p>
      <w:pPr>
        <w:pStyle w:val="Meta"/>
        <w:widowControl/>
      </w:pPr>
      <w:r>
        <w:rPr>
          <w:b w:val="0"/>
        </w:rPr>
        <w:t>22:20  |  Nguyên văn được truy xuất</w:t>
      </w:r>
    </w:p>
    <w:p>
      <w:pPr>
        <w:widowControl/>
      </w:pPr>
      <w:r>
        <w:rPr>
          <w:b w:val="0"/>
        </w:rPr>
        <w:t>OK E LAM DI</w:t>
      </w:r>
    </w:p>
    <w:p>
      <w:pPr>
        <w:pStyle w:val="Heading2"/>
      </w:pPr>
      <w:r>
        <w:t>36  Bổ sung hình ảnh và hiệu ứng lật sách</w:t>
      </w:r>
    </w:p>
    <w:p>
      <w:pPr>
        <w:pStyle w:val="Meta"/>
        <w:widowControl/>
      </w:pPr>
      <w:r>
        <w:rPr>
          <w:b w:val="0"/>
        </w:rPr>
        <w:t>22:31  |  Biên tập từ ý đã ghi nhận</w:t>
      </w:r>
    </w:p>
    <w:p>
      <w:pPr>
        <w:widowControl/>
      </w:pPr>
      <w:r>
        <w:rPr>
          <w:b w:val="0"/>
        </w:rPr>
        <w:t>Bổ sung hình ảnh cho từng mốc thời gian. Mỗi lần lật sách có âm thanh và tạo cảm xúc. Thiết kế hiệu ứng lật sách trái – phải, có chiều sâu 3D và phong cách đẹp, đẳng cấp.</w:t>
      </w:r>
    </w:p>
    <w:p>
      <w:pPr>
        <w:pStyle w:val="Heading2"/>
      </w:pPr>
      <w:r>
        <w:t>37  Yêu cầu đổi phông chữ</w:t>
      </w:r>
    </w:p>
    <w:p>
      <w:pPr>
        <w:pStyle w:val="Meta"/>
        <w:widowControl/>
      </w:pPr>
      <w:r>
        <w:rPr>
          <w:b w:val="0"/>
        </w:rPr>
        <w:t>Trong chuỗi sách lật tối nay  |  Nguyên văn được lưu trong lịch sử hiển thị</w:t>
      </w:r>
    </w:p>
    <w:p>
      <w:pPr>
        <w:widowControl/>
      </w:pPr>
      <w:r>
        <w:rPr>
          <w:b w:val="0"/>
        </w:rPr>
        <w:t>Em hãy thay đổi toàn bộ phong chữ Zomoto, giao diện ở trên các báo lớn.</w:t>
      </w:r>
    </w:p>
    <w:p>
      <w:pPr>
        <w:pStyle w:val="Heading2"/>
      </w:pPr>
      <w:r>
        <w:t>38  Đính chính tên phông chữ</w:t>
      </w:r>
    </w:p>
    <w:p>
      <w:pPr>
        <w:pStyle w:val="Meta"/>
        <w:widowControl/>
      </w:pPr>
      <w:r>
        <w:rPr>
          <w:b w:val="0"/>
        </w:rPr>
        <w:t>Sau yêu cầu đổi phông  |  Nguyên văn được lưu trong lịch sử hiển thị</w:t>
      </w:r>
    </w:p>
    <w:p>
      <w:pPr>
        <w:widowControl/>
      </w:pPr>
      <w:r>
        <w:rPr>
          <w:b w:val="0"/>
        </w:rPr>
        <w:t>ROBOTO</w:t>
      </w:r>
    </w:p>
    <w:p>
      <w:bookmarkStart w:id="7" w:name="part_7"/>
      <w:pPr>
        <w:pStyle w:val="Heading1"/>
      </w:pPr>
      <w:r>
        <w:t>7  Ứng dụng AI Agent và tổng hợp buổi học</w:t>
      </w:r>
      <w:bookmarkEnd w:id="7"/>
    </w:p>
    <w:p>
      <w:pPr>
        <w:pStyle w:val="Heading2"/>
      </w:pPr>
      <w:r>
        <w:t>39  Yêu cầu 10 công việc và 10 câu lệnh</w:t>
      </w:r>
    </w:p>
    <w:p>
      <w:pPr>
        <w:pStyle w:val="Meta"/>
        <w:widowControl/>
      </w:pPr>
      <w:r>
        <w:rPr>
          <w:b w:val="0"/>
        </w:rPr>
        <w:t>22:24  |  Biên tập từ yêu cầu trong phiên hiện tại</w:t>
      </w:r>
    </w:p>
    <w:p>
      <w:pPr>
        <w:widowControl/>
      </w:pPr>
      <w:r>
        <w:rPr>
          <w:b w:val="0"/>
        </w:rPr>
        <w:t>Anh là nhà đào tạo về kỹ năng sống, marketing, bán hàng, tài chính và AI. Anh muốn ứng dụng AI Agent vào công việc, đặc biệt trong phần Công việc. Trước mắt hãy liệt kê 10 công việc AI Agent có thể làm cho anh, cho 10 câu lệnh mẫu tương ứng và phân tích rõ mỗi câu lệnh sẽ tạo ra kết quả gì.</w:t>
      </w:r>
    </w:p>
    <w:p>
      <w:pPr>
        <w:pStyle w:val="Heading2"/>
      </w:pPr>
      <w:r>
        <w:t>40  Xâu chuỗi hành trình thành giáo án</w:t>
      </w:r>
    </w:p>
    <w:p>
      <w:pPr>
        <w:pStyle w:val="Meta"/>
        <w:widowControl/>
      </w:pPr>
      <w:r>
        <w:rPr>
          <w:b w:val="0"/>
        </w:rPr>
        <w:t>22:35  |  Biên tập từ lời nói</w:t>
      </w:r>
    </w:p>
    <w:p>
      <w:pPr>
        <w:widowControl/>
      </w:pPr>
      <w:r>
        <w:rPr>
          <w:b w:val="0"/>
        </w:rPr>
        <w:t>Hãy xâu chuỗi toàn bộ hành trình tối nay: anh đã mở máy, đặt câu lệnh, sử dụng Trò chuyện, Công việc và Codex như thế nào. Tổng hợp thành giáo án theo dòng chảy hội thoại để mọi người biết mình đã học được điều gì. Chia thành từng bài, kèm câu lệnh mẫu để nghiên cứu sâu hơn. Tạo file Word màu cam và xanh, tiêu đề “Chương trình học AI Agent Trần Khánh Tư”, để anh tải về.</w:t>
      </w:r>
    </w:p>
    <w:p>
      <w:pPr>
        <w:pStyle w:val="SourceNote"/>
        <w:widowControl/>
      </w:pPr>
      <w:r>
        <w:rPr>
          <w:b w:val="0"/>
        </w:rPr>
        <w:t>Trong lời nói được lưu, tên chương trình xuất hiện là “AX agent”; bản dùng cho học viên được chuẩn hóa thành “AI Agent”.</w:t>
      </w:r>
    </w:p>
    <w:p>
      <w:pPr>
        <w:pStyle w:val="Heading2"/>
      </w:pPr>
      <w:r>
        <w:t>41  Tập hợp các câu lệnh thành file Word</w:t>
      </w:r>
    </w:p>
    <w:p>
      <w:pPr>
        <w:pStyle w:val="Meta"/>
        <w:widowControl/>
      </w:pPr>
      <w:r>
        <w:rPr>
          <w:b w:val="0"/>
        </w:rPr>
        <w:t>22:43  |  Biên tập từ yêu cầu hiện tại</w:t>
      </w:r>
    </w:p>
    <w:p>
      <w:pPr>
        <w:widowControl/>
      </w:pPr>
      <w:r>
        <w:rPr>
          <w:b w:val="0"/>
        </w:rPr>
        <w:t>Hãy tổng hợp toàn bộ các câu lệnh trong phiên làm việc tối hôm nay, từ 20 giờ đến thời điểm hiện tại, vào một file Word để anh và mọi người có thể tải về.</w:t>
      </w:r>
    </w:p>
    <w:p>
      <w:r>
        <w:br w:type="page"/>
      </w:r>
    </w:p>
    <w:p>
      <w:bookmarkStart w:id="8" w:name="part_8"/>
      <w:pPr>
        <w:pStyle w:val="Heading1"/>
      </w:pPr>
      <w:r>
        <w:t>8  Mười câu lệnh mẫu AI Agent cho nhà đào tạo</w:t>
      </w:r>
      <w:bookmarkEnd w:id="8"/>
    </w:p>
    <w:p>
      <w:pPr>
        <w:pStyle w:val="Meta"/>
        <w:widowControl/>
      </w:pPr>
      <w:r>
        <w:rPr>
          <w:b w:val="0"/>
        </w:rPr>
        <w:t>Các mẫu dưới đây giữ nguyên nội dung câu lệnh đã được viết trong phiên trao đổi về 10 ứng dụng AI Agent. Thay phần trong [ngoặc vuông] và cung cấp dữ liệu được yêu cầu trước khi chạy.</w:t>
      </w:r>
    </w:p>
    <w:p>
      <w:pPr>
        <w:pStyle w:val="Heading2"/>
      </w:pPr>
      <w:r>
        <w:t>42  Thiết kế giáo án 120 phút</w:t>
      </w:r>
    </w:p>
    <w:p>
      <w:pPr>
        <w:pStyle w:val="Meta"/>
        <w:widowControl/>
      </w:pPr>
      <w:r>
        <w:rPr>
          <w:b w:val="0"/>
        </w:rPr>
        <w:t>Câu lệnh mẫu đã cung cấp trong phiên 22:24</w:t>
      </w:r>
    </w:p>
    <w:p>
      <w:pPr>
        <w:widowControl/>
      </w:pPr>
      <w:r>
        <w:rPr>
          <w:b w:val="0"/>
        </w:rPr>
        <w:t>Hãy làm trợ lý thiết kế đào tạo cho tôi — Trần Khánh Tư. Xây dựng một buổi học 120 phút về [chủ đề], dành cho người trên 40 tuổi, trình độ mới bắt đầu.</w:t>
      </w:r>
    </w:p>
    <w:p>
      <w:pPr>
        <w:widowControl/>
      </w:pPr>
      <w:r>
        <w:rPr>
          <w:b w:val="0"/>
        </w:rPr>
        <w:t>Dựa trên tài liệu tôi gửi, xác định 3 việc học viên phải làm được sau buổi học. Thiết kế lịch trình theo phút, phần mở đầu thu hút, nội dung giảng, ví dụ đời sống, 3 bài thực hành và bài tập áp dụng trong 7 ngày. Viết cả lời dẫn và câu hỏi tương tác cho giảng viên.</w:t>
      </w:r>
    </w:p>
    <w:p>
      <w:pPr>
        <w:widowControl/>
      </w:pPr>
      <w:r>
        <w:rPr>
          <w:b w:val="0"/>
        </w:rPr>
        <w:t>Xuất giáo án Word và phiếu thực hành PDF. Kiểm tra tổng thời lượng đủ 120 phút và mỗi mục tiêu đều có bài tập đánh giá. Nếu thiếu thông tin thiết yếu, hỏi tôi tối đa 3 câu trước khi làm.</w:t>
      </w:r>
    </w:p>
    <w:p>
      <w:pPr>
        <w:widowControl/>
      </w:pPr>
      <w:r>
        <w:rPr>
          <w:b w:val="0"/>
        </w:rPr>
      </w:r>
      <w:r>
        <w:rPr>
          <w:b/>
        </w:rPr>
        <w:t>Đầu ra yêu cầu:</w:t>
      </w:r>
      <w:r>
        <w:rPr>
          <w:b w:val="0"/>
        </w:rPr>
        <w:t xml:space="preserve"> Giáo án Word và phiếu thực hành PDF.</w:t>
      </w:r>
    </w:p>
    <w:p>
      <w:pPr>
        <w:pStyle w:val="Heading2"/>
      </w:pPr>
      <w:r>
        <w:t>43  Tạo PowerPoint và tài liệu học viên</w:t>
      </w:r>
    </w:p>
    <w:p>
      <w:pPr>
        <w:pStyle w:val="Meta"/>
        <w:widowControl/>
      </w:pPr>
      <w:r>
        <w:rPr>
          <w:b w:val="0"/>
        </w:rPr>
        <w:t>Câu lệnh mẫu đã cung cấp trong phiên 22:24</w:t>
      </w:r>
    </w:p>
    <w:p>
      <w:pPr>
        <w:widowControl/>
      </w:pPr>
      <w:r>
        <w:rPr>
          <w:b w:val="0"/>
        </w:rPr>
        <w:t>Từ giáo án tôi đính kèm, hãy tạo PowerPoint 20 slide cho buổi đào tạo của chuyên gia Trần Khánh Tư.</w:t>
      </w:r>
    </w:p>
    <w:p>
      <w:pPr>
        <w:widowControl/>
      </w:pPr>
      <w:r>
        <w:rPr>
          <w:b w:val="0"/>
        </w:rPr>
        <w:t>Thiết kế 16:9, màu xanh navy, cam và trắng; hiện đại, sáng, ít chữ, dễ nhìn với người trên 40 tuổi. Mỗi slide có một thông điệp chính. Dùng phông hỗ trợ đầy đủ tiếng Việt và kiểm tra lỗi dấu, chữ tràn, độ tương phản. Chân slide ghi “Chuyên gia Trần Khánh Tư”.</w:t>
      </w:r>
    </w:p>
    <w:p>
      <w:pPr>
        <w:widowControl/>
      </w:pPr>
      <w:r>
        <w:rPr>
          <w:b w:val="0"/>
        </w:rPr>
        <w:t>Thêm ghi chú thuyết trình, ví dụ thực tế và slide hướng dẫn thực hành. Xuất PPTX chỉnh sửa được, PDF trình chiếu và bản tóm tắt 2 trang cho học viên. Tự kiểm tra bố cục trước khi bàn giao.</w:t>
      </w:r>
    </w:p>
    <w:p>
      <w:pPr>
        <w:widowControl/>
      </w:pPr>
      <w:r>
        <w:rPr>
          <w:b w:val="0"/>
        </w:rPr>
      </w:r>
      <w:r>
        <w:rPr>
          <w:b/>
        </w:rPr>
        <w:t>Đầu ra yêu cầu:</w:t>
      </w:r>
      <w:r>
        <w:rPr>
          <w:b w:val="0"/>
        </w:rPr>
        <w:t xml:space="preserve"> PowerPoint 20 slide, PDF và tài liệu tóm tắt.</w:t>
      </w:r>
    </w:p>
    <w:p>
      <w:r>
        <w:br w:type="page"/>
      </w:r>
    </w:p>
    <w:p>
      <w:pPr>
        <w:pStyle w:val="Heading2"/>
      </w:pPr>
      <w:r>
        <w:t>44  Nghiên cứu thị trường đào tạo</w:t>
      </w:r>
    </w:p>
    <w:p>
      <w:pPr>
        <w:pStyle w:val="Meta"/>
        <w:widowControl/>
      </w:pPr>
      <w:r>
        <w:rPr>
          <w:b w:val="0"/>
        </w:rPr>
        <w:t>Câu lệnh mẫu đã cung cấp trong phiên 22:24</w:t>
      </w:r>
    </w:p>
    <w:p>
      <w:pPr>
        <w:widowControl/>
      </w:pPr>
      <w:r>
        <w:rPr>
          <w:b w:val="0"/>
        </w:rPr>
        <w:t>Hãy nghiên cứu cơ hội mở khóa học [chủ đề] cho [nhóm học viên] tại Việt Nam.</w:t>
      </w:r>
    </w:p>
    <w:p>
      <w:pPr>
        <w:widowControl/>
      </w:pPr>
      <w:r>
        <w:rPr>
          <w:b w:val="0"/>
        </w:rPr>
        <w:t>Tìm tối đa 10 chương trình tương đồng đang có thông tin công khai. Lập bảng so sánh đối tượng, nội dung, hình thức học, thời lượng, học phí nếu công khai và điểm khác biệt. Ghi nguồn cùng ngày kiểm tra; thông tin không tìm thấy phải ghi rõ, không tự ước đoán thành sự thật.</w:t>
      </w:r>
    </w:p>
    <w:p>
      <w:pPr>
        <w:widowControl/>
      </w:pPr>
      <w:r>
        <w:rPr>
          <w:b w:val="0"/>
        </w:rPr>
        <w:t>Kết hợp với khảo sát học viên tôi gửi nếu có, đề xuất 3 hướng khóa học mà Trần Khánh Tư có thể triển khai. Giải thích vấn đề khách hàng, lợi ích, điểm khác biệt và cách thử nhu cầu trước khi đầu tư lớn. Xuất báo cáo Word và bảng Excel.</w:t>
      </w:r>
    </w:p>
    <w:p>
      <w:pPr>
        <w:widowControl/>
      </w:pPr>
      <w:r>
        <w:rPr>
          <w:b w:val="0"/>
        </w:rPr>
      </w:r>
      <w:r>
        <w:rPr>
          <w:b/>
        </w:rPr>
        <w:t>Đầu ra yêu cầu:</w:t>
      </w:r>
      <w:r>
        <w:rPr>
          <w:b w:val="0"/>
        </w:rPr>
        <w:t xml:space="preserve"> Báo cáo thị trường và bảng Excel so sánh.</w:t>
      </w:r>
    </w:p>
    <w:p>
      <w:pPr>
        <w:pStyle w:val="Heading2"/>
      </w:pPr>
      <w:r>
        <w:t>45  Chuẩn bị marketing trong 30 ngày</w:t>
      </w:r>
    </w:p>
    <w:p>
      <w:pPr>
        <w:pStyle w:val="Meta"/>
        <w:widowControl/>
      </w:pPr>
      <w:r>
        <w:rPr>
          <w:b w:val="0"/>
        </w:rPr>
        <w:t>Câu lệnh mẫu đã cung cấp trong phiên 22:24</w:t>
      </w:r>
    </w:p>
    <w:p>
      <w:pPr>
        <w:widowControl/>
      </w:pPr>
      <w:r>
        <w:rPr>
          <w:b w:val="0"/>
        </w:rPr>
        <w:t>Hãy xây dựng bộ nội dung marketing 30 ngày cho khóa [tên khóa học] của Trần Khánh Tư, hướng tới [đối tượng], với mục tiêu [mục tiêu].</w:t>
      </w:r>
    </w:p>
    <w:p>
      <w:pPr>
        <w:widowControl/>
      </w:pPr>
      <w:r>
        <w:rPr>
          <w:b w:val="0"/>
        </w:rPr>
        <w:t>Dựa trên thông tin khóa học và các bài viết mẫu tôi gửi, lập lịch nội dung theo hành trình: nhận ra vấn đề, hiểu giải pháp, tin tưởng và đăng ký. Viết hoàn chỉnh 30 bài Facebook, mỗi bài có mở đầu thu hút, một giá trị thực tế và lời kêu gọi hành động phù hợp. Chọn 5 bài để chuyển thành kịch bản video 60 giây.</w:t>
      </w:r>
    </w:p>
    <w:p>
      <w:pPr>
        <w:widowControl/>
      </w:pPr>
      <w:r>
        <w:rPr>
          <w:b w:val="0"/>
        </w:rPr>
        <w:t>Xuất lịch Excel và nội dung Word. Không bịa câu chuyện học viên, lời chứng thực, số lượng đăng ký hoặc cam kết thu nhập. Những chỗ cần dữ liệu thật phải đánh dấu để tôi bổ sung.</w:t>
      </w:r>
    </w:p>
    <w:p>
      <w:pPr>
        <w:widowControl/>
      </w:pPr>
      <w:r>
        <w:rPr>
          <w:b w:val="0"/>
        </w:rPr>
      </w:r>
      <w:r>
        <w:rPr>
          <w:b/>
        </w:rPr>
        <w:t>Đầu ra yêu cầu:</w:t>
      </w:r>
      <w:r>
        <w:rPr>
          <w:b w:val="0"/>
        </w:rPr>
        <w:t xml:space="preserve"> Lịch Excel, 30 bài Facebook và 5 kịch bản video.</w:t>
      </w:r>
    </w:p>
    <w:p>
      <w:r>
        <w:br w:type="page"/>
      </w:r>
    </w:p>
    <w:p>
      <w:pPr>
        <w:pStyle w:val="Heading2"/>
      </w:pPr>
      <w:r>
        <w:t>46  Làm website khóa học và mã QR</w:t>
      </w:r>
    </w:p>
    <w:p>
      <w:pPr>
        <w:pStyle w:val="Meta"/>
        <w:widowControl/>
      </w:pPr>
      <w:r>
        <w:rPr>
          <w:b w:val="0"/>
        </w:rPr>
        <w:t>Câu lệnh mẫu đã cung cấp trong phiên 22:24</w:t>
      </w:r>
    </w:p>
    <w:p>
      <w:pPr>
        <w:widowControl/>
      </w:pPr>
      <w:r>
        <w:rPr>
          <w:b w:val="0"/>
        </w:rPr>
        <w:t>Hãy dùng Sites tạo website một trang giới thiệu khóa [tên khóa học] của Trần Khánh Tư từ thông tin tôi cung cấp.</w:t>
      </w:r>
    </w:p>
    <w:p>
      <w:pPr>
        <w:widowControl/>
      </w:pPr>
      <w:r>
        <w:rPr>
          <w:b w:val="0"/>
        </w:rPr>
        <w:t>Thiết kế màu cam, xanh navy và trắng; chữ tiếng Việt rõ ràng, dễ đọc trên điện thoại với người trên 40 tuổi. Có các phần: vấn đề học viên, kết quả học tập, nội dung chương trình, giảng viên, lịch học, học phí, câu hỏi thường gặp và nút đăng ký.</w:t>
      </w:r>
    </w:p>
    <w:p>
      <w:pPr>
        <w:widowControl/>
      </w:pPr>
      <w:r>
        <w:rPr>
          <w:b w:val="0"/>
        </w:rPr>
        <w:t>Nút đăng ký phải dẫn tới [đường dẫn đăng ký]. Nếu tôi chưa cung cấp nơi nhận đăng ký, hỏi tôi để hoàn thiện chức năng. Kiểm tra giao diện điện thoại, phông chữ và toàn bộ nút bấm. Bàn giao bản xem trước; khi có URL công khai hoạt động, tạo mã QR dẫn đúng tới URL đó.</w:t>
      </w:r>
    </w:p>
    <w:p>
      <w:pPr>
        <w:widowControl/>
      </w:pPr>
      <w:r>
        <w:rPr>
          <w:b w:val="0"/>
        </w:rPr>
      </w:r>
      <w:r>
        <w:rPr>
          <w:b/>
        </w:rPr>
        <w:t>Đầu ra yêu cầu:</w:t>
      </w:r>
      <w:r>
        <w:rPr>
          <w:b w:val="0"/>
        </w:rPr>
        <w:t xml:space="preserve"> Bản xem trước website; QR khi có URL công khai hoạt động.</w:t>
      </w:r>
    </w:p>
    <w:p>
      <w:pPr>
        <w:pStyle w:val="Heading2"/>
      </w:pPr>
      <w:r>
        <w:t>47  Phân tích khách hàng và chuẩn bị tư vấn</w:t>
      </w:r>
    </w:p>
    <w:p>
      <w:pPr>
        <w:pStyle w:val="Meta"/>
        <w:widowControl/>
      </w:pPr>
      <w:r>
        <w:rPr>
          <w:b w:val="0"/>
        </w:rPr>
        <w:t>Câu lệnh mẫu đã cung cấp trong phiên 22:24</w:t>
      </w:r>
    </w:p>
    <w:p>
      <w:pPr>
        <w:widowControl/>
      </w:pPr>
      <w:r>
        <w:rPr>
          <w:b w:val="0"/>
        </w:rPr>
        <w:t>Hãy phân tích file khách hàng tiềm năng tôi gửi để hỗ trợ tuyển sinh khóa [tên khóa học].</w:t>
      </w:r>
    </w:p>
    <w:p>
      <w:pPr>
        <w:widowControl/>
      </w:pPr>
      <w:r>
        <w:rPr>
          <w:b w:val="0"/>
        </w:rPr>
        <w:t>Làm sạch dữ liệu, đánh dấu bản ghi có thể trùng và phân nhóm theo nhu cầu đã ghi nhận, mức độ quan tâm, thời điểm phù hợp. Nêu rõ tiêu chí ưu tiên; không suy đoán thu nhập hoặc khả năng chi trả khi chưa có dữ liệu.</w:t>
      </w:r>
    </w:p>
    <w:p>
      <w:pPr>
        <w:widowControl/>
      </w:pPr>
      <w:r>
        <w:rPr>
          <w:b w:val="0"/>
        </w:rPr>
        <w:t>Với mỗi khách hàng, đề xuất bước tiếp theo và soạn một tin nhắn tư vấn phù hợp. Tạo thêm kịch bản cuộc gọi 10 phút cùng cách trả lời 10 băn khoăn thường gặp. Xuất Excel có bộ lọc và tài liệu kịch bản. Chỉ chuẩn bị nội dung, chưa gửi tin nhắn cho khách hàng.</w:t>
      </w:r>
    </w:p>
    <w:p>
      <w:pPr>
        <w:widowControl/>
      </w:pPr>
      <w:r>
        <w:rPr>
          <w:b w:val="0"/>
        </w:rPr>
      </w:r>
      <w:r>
        <w:rPr>
          <w:b/>
        </w:rPr>
        <w:t>Đầu ra yêu cầu:</w:t>
      </w:r>
      <w:r>
        <w:rPr>
          <w:b w:val="0"/>
        </w:rPr>
        <w:t xml:space="preserve"> Excel khách hàng, tin nhắn dự thảo và kịch bản tư vấn.</w:t>
      </w:r>
    </w:p>
    <w:p>
      <w:r>
        <w:br w:type="page"/>
      </w:r>
    </w:p>
    <w:p>
      <w:pPr>
        <w:pStyle w:val="Heading2"/>
      </w:pPr>
      <w:r>
        <w:t>48  Đánh giá bài tập và hỗ trợ học viên</w:t>
      </w:r>
    </w:p>
    <w:p>
      <w:pPr>
        <w:pStyle w:val="Meta"/>
        <w:widowControl/>
      </w:pPr>
      <w:r>
        <w:rPr>
          <w:b w:val="0"/>
        </w:rPr>
        <w:t>Câu lệnh mẫu đã cung cấp trong phiên 22:24</w:t>
      </w:r>
    </w:p>
    <w:p>
      <w:pPr>
        <w:widowControl/>
      </w:pPr>
      <w:r>
        <w:rPr>
          <w:b w:val="0"/>
        </w:rPr>
        <w:t>Hãy làm trợ lý học vụ cho lớp [tên lớp] của tôi. Đọc đề bài, tiêu chí đánh giá và bài làm học viên đính kèm.</w:t>
      </w:r>
    </w:p>
    <w:p>
      <w:pPr>
        <w:widowControl/>
      </w:pPr>
      <w:r>
        <w:rPr>
          <w:b w:val="0"/>
        </w:rPr>
        <w:t>Nếu chưa có tiêu chí, đề xuất bộ tiêu chí rõ ràng và ghi là dự thảo. Đánh giá từng bài dựa trên bằng chứng trong bài làm: điểm mạnh, phần chưa đạt, ví dụ cần sửa và bài tập tiếp theo. Viết nhận xét dễ hiểu, tôn trọng, phù hợp học viên trên 40 tuổi.</w:t>
      </w:r>
    </w:p>
    <w:p>
      <w:pPr>
        <w:widowControl/>
      </w:pPr>
      <w:r>
        <w:rPr>
          <w:b w:val="0"/>
        </w:rPr>
        <w:t>Lập Excel theo dõi tiến độ, chỉ ra 5 lỗi phổ biến và đề xuất nội dung ôn tập cho cả lớp. Với mỗi học viên, viết kế hoạch thực hành 7 ngày. Đánh dấu những trường hợp cần giảng viên xem lại trước khi chốt đánh giá.</w:t>
      </w:r>
    </w:p>
    <w:p>
      <w:pPr>
        <w:widowControl/>
      </w:pPr>
      <w:r>
        <w:rPr>
          <w:b w:val="0"/>
        </w:rPr>
      </w:r>
      <w:r>
        <w:rPr>
          <w:b/>
        </w:rPr>
        <w:t>Đầu ra yêu cầu:</w:t>
      </w:r>
      <w:r>
        <w:rPr>
          <w:b w:val="0"/>
        </w:rPr>
        <w:t xml:space="preserve"> Bảng tiến độ, nhận xét dự thảo và kế hoạch thực hành.</w:t>
      </w:r>
    </w:p>
    <w:p>
      <w:pPr>
        <w:pStyle w:val="Heading2"/>
      </w:pPr>
      <w:r>
        <w:t>49  Quản trị tài chính khóa học</w:t>
      </w:r>
    </w:p>
    <w:p>
      <w:pPr>
        <w:pStyle w:val="Meta"/>
        <w:widowControl/>
      </w:pPr>
      <w:r>
        <w:rPr>
          <w:b w:val="0"/>
        </w:rPr>
        <w:t>Câu lệnh mẫu đã cung cấp trong phiên 22:24</w:t>
      </w:r>
    </w:p>
    <w:p>
      <w:pPr>
        <w:widowControl/>
      </w:pPr>
      <w:r>
        <w:rPr>
          <w:b w:val="0"/>
        </w:rPr>
        <w:t>Từ dữ liệu tôi gửi, hãy tạo file Excel quản trị tài chính cho hoạt động đào tạo của tôi.</w:t>
      </w:r>
    </w:p>
    <w:p>
      <w:pPr>
        <w:widowControl/>
      </w:pPr>
      <w:r>
        <w:rPr>
          <w:b w:val="0"/>
        </w:rPr>
        <w:t>Có các trang: dữ liệu đầu vào, doanh thu, chi phí cố định, chi phí theo học viên, dòng tiền, khoản chưa thu và hiệu quả từng khóa. Phân biệt doanh thu, tiền thực thu và lợi nhuận. Tính số học viên hòa vốn theo học phí và cơ cấu chi phí đã cung cấp.</w:t>
      </w:r>
    </w:p>
    <w:p>
      <w:pPr>
        <w:widowControl/>
      </w:pPr>
      <w:r>
        <w:rPr>
          <w:b w:val="0"/>
        </w:rPr>
        <w:t>Tạo 3 kịch bản thận trọng, cơ sở và tích cực với giả định ghi rõ. Công thức phải tự cập nhật khi tôi thay học phí hoặc số học viên. Kiểm tra công thức và giải thích kết quả bằng tiếng Việt dễ hiểu. Dữ liệu thiếu phải đánh dấu; số liệu minh họa phải tách khỏi số liệu thật.</w:t>
      </w:r>
    </w:p>
    <w:p>
      <w:pPr>
        <w:widowControl/>
      </w:pPr>
      <w:r>
        <w:rPr>
          <w:b w:val="0"/>
        </w:rPr>
      </w:r>
      <w:r>
        <w:rPr>
          <w:b/>
        </w:rPr>
        <w:t>Đầu ra yêu cầu:</w:t>
      </w:r>
      <w:r>
        <w:rPr>
          <w:b w:val="0"/>
        </w:rPr>
        <w:t xml:space="preserve"> Excel tài chính có công thức và ba kịch bản.</w:t>
      </w:r>
    </w:p>
    <w:p>
      <w:r>
        <w:br w:type="page"/>
      </w:r>
    </w:p>
    <w:p>
      <w:pPr>
        <w:pStyle w:val="Heading2"/>
      </w:pPr>
      <w:r>
        <w:t>50  Xử lý công việc sau buổi Zoom</w:t>
      </w:r>
    </w:p>
    <w:p>
      <w:pPr>
        <w:pStyle w:val="Meta"/>
        <w:widowControl/>
      </w:pPr>
      <w:r>
        <w:rPr>
          <w:b w:val="0"/>
        </w:rPr>
        <w:t>Câu lệnh mẫu đã cung cấp trong phiên 22:24</w:t>
      </w:r>
    </w:p>
    <w:p>
      <w:pPr>
        <w:widowControl/>
      </w:pPr>
      <w:r>
        <w:rPr>
          <w:b w:val="0"/>
        </w:rPr>
        <w:t>Dựa trên transcript Zoom, nội dung chat và tài liệu tôi gửi, hãy xử lý công việc sau buổi đào tạo.</w:t>
      </w:r>
    </w:p>
    <w:p>
      <w:pPr>
        <w:widowControl/>
      </w:pPr>
      <w:r>
        <w:rPr>
          <w:b w:val="0"/>
        </w:rPr>
        <w:t>Tạo bản tóm tắt bài học, danh sách câu hỏi đã trả lời và chưa trả lời, tài liệu hỏi đáp, bài tập thực hành và các việc cần theo dõi. Mỗi việc cần có người phụ trách nếu được nêu rõ trong dữ liệu; nếu chưa có thì ghi “chưa phân công”.</w:t>
      </w:r>
    </w:p>
    <w:p>
      <w:pPr>
        <w:widowControl/>
      </w:pPr>
      <w:r>
        <w:rPr>
          <w:b w:val="0"/>
        </w:rPr>
        <w:t>Soạn một tin nhắn tổng kết để tôi gửi vào nhóm học viên. Trích thời điểm của những đoạn đáng xem lại nếu transcript có mốc thời gian. Không bịa lời nói hoặc mốc thời gian. Xuất tài liệu PDF và bảng công việc Excel; chưa gửi thông tin cho học viên.</w:t>
      </w:r>
    </w:p>
    <w:p>
      <w:pPr>
        <w:widowControl/>
      </w:pPr>
      <w:r>
        <w:rPr>
          <w:b w:val="0"/>
        </w:rPr>
      </w:r>
      <w:r>
        <w:rPr>
          <w:b/>
        </w:rPr>
        <w:t>Đầu ra yêu cầu:</w:t>
      </w:r>
      <w:r>
        <w:rPr>
          <w:b w:val="0"/>
        </w:rPr>
        <w:t xml:space="preserve"> PDF ôn tập, bảng việc Excel và tin nhắn tổng kết dự thảo.</w:t>
      </w:r>
    </w:p>
    <w:p>
      <w:pPr>
        <w:pStyle w:val="Heading2"/>
      </w:pPr>
      <w:r>
        <w:t>51  Theo dõi cập nhật AI hằng tuần</w:t>
      </w:r>
    </w:p>
    <w:p>
      <w:pPr>
        <w:pStyle w:val="Meta"/>
        <w:widowControl/>
      </w:pPr>
      <w:r>
        <w:rPr>
          <w:b w:val="0"/>
        </w:rPr>
        <w:t>Câu lệnh mẫu đã cung cấp trong phiên 22:24</w:t>
      </w:r>
    </w:p>
    <w:p>
      <w:pPr>
        <w:widowControl/>
      </w:pPr>
      <w:r>
        <w:rPr>
          <w:b w:val="0"/>
        </w:rPr>
        <w:t>Hãy thiết lập nhiệm vụ lúc 7 giờ sáng mỗi thứ Hai, theo múi giờ Asia/Ho_Chi_Minh, để nghiên cứu cập nhật AI trong 7 ngày vừa qua phục vụ công việc đào tạo của Trần Khánh Tư.</w:t>
      </w:r>
    </w:p>
    <w:p>
      <w:pPr>
        <w:widowControl/>
      </w:pPr>
      <w:r>
        <w:rPr>
          <w:b w:val="0"/>
        </w:rPr>
        <w:t>Ưu tiên thông báo và tài liệu chính thức. Chọn tối đa 5 cập nhật có thể ứng dụng vào giảng dạy, marketing, bán hàng hoặc quản trị. Với mỗi cập nhật, ghi: thay đổi gì, dành cho ai, điều kiện sử dụng, ví dụ thực tế và đường dẫn nguồn.</w:t>
      </w:r>
    </w:p>
    <w:p>
      <w:pPr>
        <w:widowControl/>
      </w:pPr>
      <w:r>
        <w:rPr>
          <w:b w:val="0"/>
        </w:rPr>
        <w:t>Chọn một cập nhật để xây bài thực hành 15 phút cho người trên 40 tuổi, kèm câu lệnh mẫu và cách kiểm tra kết quả. Nếu không có cập nhật đủ giá trị, nói rõ. Sau khi thiết lập, xác nhận lịch đã lưu và trạng thái hoạt động; nếu công cụ không hỗ trợ, báo rõ giới hạn.</w:t>
      </w:r>
    </w:p>
    <w:p>
      <w:pPr>
        <w:widowControl/>
      </w:pPr>
      <w:r>
        <w:rPr>
          <w:b w:val="0"/>
        </w:rPr>
      </w:r>
      <w:r>
        <w:rPr>
          <w:b/>
        </w:rPr>
        <w:t>Đầu ra yêu cầu:</w:t>
      </w:r>
      <w:r>
        <w:rPr>
          <w:b w:val="0"/>
        </w:rPr>
        <w:t xml:space="preserve"> Bản tin và bài thực hành theo lịch khi nhiệm vụ được thiết lập thành công.</w:t>
      </w:r>
    </w:p>
    <w:p>
      <w:r>
        <w:br w:type="page"/>
      </w:r>
    </w:p>
    <w:p>
      <w:bookmarkStart w:id="9" w:name="part_9"/>
      <w:pPr>
        <w:pStyle w:val="Heading1"/>
      </w:pPr>
      <w:r>
        <w:t>9  Câu lệnh MV karaoke đầy đủ</w:t>
      </w:r>
      <w:bookmarkEnd w:id="9"/>
    </w:p>
    <w:p>
      <w:pPr>
        <w:pStyle w:val="Meta"/>
        <w:widowControl/>
      </w:pPr>
      <w:r>
        <w:rPr>
          <w:b w:val="0"/>
        </w:rPr>
        <w:t>Bản đầy đủ của mục 12 • Tệp nguồn gửi lúc 21:25 ngày 14/10/2026</w:t>
      </w:r>
    </w:p>
    <w:p>
      <w:pPr>
        <w:pStyle w:val="SourceNote"/>
        <w:widowControl/>
      </w:pPr>
      <w:r>
        <w:rPr>
          <w:b w:val="0"/>
        </w:rPr>
        <w:t>Văn bản đã dán (1)(20261014-142536).txt</w:t>
      </w:r>
    </w:p>
    <w:p>
      <w:pPr>
        <w:pStyle w:val="Eyebrow"/>
        <w:widowControl/>
      </w:pPr>
      <w:r>
        <w:rPr>
          <w:b w:val="0"/>
        </w:rPr>
        <w:t>SIÊU CÂU LỆNH AI – SẢN XUẤT MV KARAOKE ĐIỆN ẢNH CÁ NHÂN HÓA</w:t>
      </w:r>
    </w:p>
    <w:p>
      <w:pPr>
        <w:pStyle w:val="Heading2"/>
      </w:pPr>
      <w:r>
        <w:t>I VAI TRÒ VÀ SỨ MỆNH</w:t>
      </w:r>
    </w:p>
    <w:p>
      <w:pPr>
        <w:widowControl/>
      </w:pPr>
      <w:r>
        <w:rPr>
          <w:b w:val="0"/>
        </w:rPr>
        <w:t>Hãy đóng vai một ê-kíp sản xuất MV âm nhạc chuyên nghiệp đẳng cấp quốc tế, gồm:</w:t>
      </w:r>
    </w:p>
    <w:p>
      <w:pPr>
        <w:widowControl/>
      </w:pPr>
      <w:r>
        <w:rPr>
          <w:b w:val="0"/>
        </w:rPr>
        <w:t>1. Đạo diễn MV điện ảnh chuyên nghiệp.</w:t>
      </w:r>
    </w:p>
    <w:p>
      <w:pPr>
        <w:widowControl/>
      </w:pPr>
      <w:r>
        <w:rPr>
          <w:b w:val="0"/>
        </w:rPr>
        <w:t>2. Chuyên gia phân tích âm nhạc, giai điệu và cảm xúc.</w:t>
      </w:r>
    </w:p>
    <w:p>
      <w:pPr>
        <w:widowControl/>
      </w:pPr>
      <w:r>
        <w:rPr>
          <w:b w:val="0"/>
        </w:rPr>
        <w:t>3. Biên kịch chuyên xây dựng câu chuyện bằng hình ảnh.</w:t>
      </w:r>
    </w:p>
    <w:p>
      <w:pPr>
        <w:widowControl/>
      </w:pPr>
      <w:r>
        <w:rPr>
          <w:b w:val="0"/>
        </w:rPr>
        <w:t>4. Chuyên gia AI tạo hình ảnh, video và chuyển động nhân vật.</w:t>
      </w:r>
    </w:p>
    <w:p>
      <w:pPr>
        <w:widowControl/>
      </w:pPr>
      <w:r>
        <w:rPr>
          <w:b w:val="0"/>
        </w:rPr>
        <w:t>5. Chuyên gia dựng phim điện ảnh và hiệu ứng chuyển cảnh.</w:t>
      </w:r>
    </w:p>
    <w:p>
      <w:pPr>
        <w:widowControl/>
      </w:pPr>
      <w:r>
        <w:rPr>
          <w:b w:val="0"/>
        </w:rPr>
        <w:t>6. Kỹ sư xử lý âm thanh, đồng bộ lời karaoke chính xác đến từng âm tiết.</w:t>
      </w:r>
    </w:p>
    <w:p>
      <w:pPr>
        <w:widowControl/>
      </w:pPr>
      <w:r>
        <w:rPr>
          <w:b w:val="0"/>
        </w:rPr>
        <w:t>7. Giám đốc nghệ thuật chuyên thiết kế ảnh bìa và nhận diện cá nhân.</w:t>
      </w:r>
    </w:p>
    <w:p>
      <w:pPr>
        <w:widowControl/>
      </w:pPr>
      <w:r>
        <w:rPr>
          <w:b w:val="0"/>
        </w:rPr>
        <w:t>8. Chuyên gia kiểm định chất lượng video trước khi xuất bản.</w:t>
      </w:r>
    </w:p>
    <w:p>
      <w:pPr>
        <w:widowControl/>
      </w:pPr>
      <w:r>
        <w:rPr>
          <w:b w:val="0"/>
        </w:rPr>
      </w:r>
      <w:r>
        <w:rPr>
          <w:b/>
        </w:rPr>
        <w:t>SỨ MỆNH:</w:t>
      </w:r>
      <w:r>
        <w:rPr>
          <w:b w:val="0"/>
        </w:rPr>
      </w:r>
    </w:p>
    <w:p>
      <w:pPr>
        <w:widowControl/>
      </w:pPr>
      <w:r>
        <w:rPr>
          <w:b w:val="0"/>
        </w:rPr>
        <w:t>Dựa vào file âm nhạc và ảnh chân dung tôi cung cấp, hãy sản xuất một MV karaoke hoàn chỉnh có chất lượng điện ảnh, trong đó tôi là nhân vật trung tâm xuyên suốt câu chuyện.</w:t>
      </w:r>
    </w:p>
    <w:p>
      <w:pPr>
        <w:widowControl/>
      </w:pPr>
      <w:r>
        <w:rPr>
          <w:b w:val="0"/>
        </w:rPr>
        <w:t>Video phải hội tụ 5 yếu tố:</w:t>
      </w:r>
    </w:p>
    <w:p>
      <w:pPr>
        <w:pStyle w:val="ListBullet"/>
        <w:widowControl/>
      </w:pPr>
      <w:r>
        <w:rPr>
          <w:b w:val="0"/>
        </w:rPr>
        <w:t>Âm nhạc và hình ảnh hòa quyện cảm xúc.</w:t>
      </w:r>
    </w:p>
    <w:p>
      <w:pPr>
        <w:pStyle w:val="ListBullet"/>
        <w:widowControl/>
      </w:pPr>
      <w:r>
        <w:rPr>
          <w:b w:val="0"/>
        </w:rPr>
        <w:t>Nhân vật chính là tôi, giữ đúng nhận diện khuôn mặt.</w:t>
      </w:r>
    </w:p>
    <w:p>
      <w:pPr>
        <w:pStyle w:val="ListBullet"/>
        <w:widowControl/>
      </w:pPr>
      <w:r>
        <w:rPr>
          <w:b w:val="0"/>
        </w:rPr>
        <w:t>Hình ảnh kể chuyện phù hợp từng câu hát, từng bối cảnh.</w:t>
      </w:r>
    </w:p>
    <w:p>
      <w:pPr>
        <w:pStyle w:val="ListBullet"/>
        <w:widowControl/>
      </w:pPr>
      <w:r>
        <w:rPr>
          <w:b w:val="0"/>
        </w:rPr>
        <w:t>Lời karaoke lớn, đẹp, tô màu chính xác theo giọng hát.</w:t>
      </w:r>
    </w:p>
    <w:p>
      <w:pPr>
        <w:pStyle w:val="ListBullet"/>
        <w:widowControl/>
      </w:pPr>
      <w:r>
        <w:rPr>
          <w:b w:val="0"/>
        </w:rPr>
        <w:t>Dựng phim mượt mà, chuyển động tự nhiên, đẹp như MV chuyên nghiệp.</w:t>
      </w:r>
    </w:p>
    <w:p>
      <w:pPr>
        <w:widowControl/>
      </w:pPr>
      <w:r>
        <w:rPr>
          <w:b w:val="0"/>
        </w:rPr>
        <w:t>Mục tiêu là tạo ra một video có thể đăng lên YouTube, Facebook và trình chiếu trên màn hình lớn.</w:t>
      </w:r>
    </w:p>
    <w:p>
      <w:pPr>
        <w:pStyle w:val="Heading2"/>
      </w:pPr>
      <w:r>
        <w:t>II DỮ LIỆU ĐẦU VÀO</w:t>
      </w:r>
    </w:p>
    <w:p>
      <w:pPr>
        <w:widowControl/>
      </w:pPr>
      <w:r>
        <w:rPr>
          <w:b w:val="0"/>
        </w:rPr>
        <w:t>Tôi sẽ cung cấp:</w:t>
      </w:r>
    </w:p>
    <w:p>
      <w:pPr>
        <w:widowControl/>
      </w:pPr>
      <w:r>
        <w:rPr>
          <w:b w:val="0"/>
        </w:rPr>
      </w:r>
      <w:r>
        <w:rPr>
          <w:b/>
        </w:rPr>
        <w:t>1. File âm nhạc:</w:t>
      </w:r>
      <w:r>
        <w:rPr>
          <w:b w:val="0"/>
        </w:rPr>
        <w:t xml:space="preserve"> MP3, WAV hoặc định dạng âm thanh được hỗ trợ.</w:t>
      </w:r>
    </w:p>
    <w:p>
      <w:pPr>
        <w:widowControl/>
      </w:pPr>
      <w:r>
        <w:rPr>
          <w:b w:val="0"/>
        </w:rPr>
        <w:t>Đây là nguồn âm thanh chính, dùng để phân tích lời hát, thời lượng, cấu trúc bài hát, tiết tấu và cảm xúc.</w:t>
      </w:r>
    </w:p>
    <w:p>
      <w:pPr>
        <w:widowControl/>
      </w:pPr>
      <w:r>
        <w:rPr>
          <w:b w:val="0"/>
        </w:rPr>
      </w:r>
      <w:r>
        <w:rPr>
          <w:b/>
        </w:rPr>
        <w:t>2. Ảnh chân dung của tôi – Trần Khánh Tư:</w:t>
      </w:r>
      <w:r>
        <w:rPr>
          <w:b w:val="0"/>
        </w:rPr>
      </w:r>
    </w:p>
    <w:p>
      <w:pPr>
        <w:widowControl/>
      </w:pPr>
      <w:r>
        <w:rPr>
          <w:b w:val="0"/>
        </w:rPr>
        <w:t>Ảnh dùng để xây dựng hình tượng nhân vật trung tâm và thiết kế ảnh bìa video.</w:t>
      </w:r>
    </w:p>
    <w:p>
      <w:pPr>
        <w:widowControl/>
      </w:pPr>
      <w:r>
        <w:rPr>
          <w:b w:val="0"/>
        </w:rPr>
        <w:t>Nếu có nhiều ảnh, hãy chọn ảnh rõ mặt nhất làm tham chiếu chính, các ảnh khác dùng để bổ sung góc nhìn, vóc dáng, trang phục và thần thái.</w:t>
      </w:r>
    </w:p>
    <w:p>
      <w:pPr>
        <w:widowControl/>
      </w:pPr>
      <w:r>
        <w:rPr>
          <w:b w:val="0"/>
        </w:rPr>
      </w:r>
      <w:r>
        <w:rPr>
          <w:b/>
        </w:rPr>
        <w:t>3. Lời bài hát (nếu có):</w:t>
      </w:r>
      <w:r>
        <w:rPr>
          <w:b w:val="0"/>
        </w:rPr>
      </w:r>
    </w:p>
    <w:p>
      <w:pPr>
        <w:widowControl/>
      </w:pPr>
      <w:r>
        <w:rPr>
          <w:b w:val="0"/>
        </w:rPr>
        <w:t>Nếu tôi chưa cung cấp lời bài hát, hãy trích xuất từ âm thanh, sau đó đối chiếu và đánh dấu những chỗ chưa xác định được.</w:t>
      </w:r>
    </w:p>
    <w:p>
      <w:pPr>
        <w:widowControl/>
      </w:pPr>
      <w:r>
        <w:rPr>
          <w:b w:val="0"/>
        </w:rPr>
        <w:t>Không tự đoán những lời hát không nghe rõ.</w:t>
      </w:r>
    </w:p>
    <w:p>
      <w:pPr>
        <w:pStyle w:val="Heading2"/>
      </w:pPr>
      <w:r>
        <w:t>III PHÂN TÍCH TOÀN BỘ BÀI HÁT</w:t>
      </w:r>
    </w:p>
    <w:p>
      <w:pPr>
        <w:widowControl/>
      </w:pPr>
      <w:r>
        <w:rPr>
          <w:b w:val="0"/>
        </w:rPr>
        <w:t>Trước khi sản xuất, hãy phân tích kỹ file âm nhạc.</w:t>
      </w:r>
    </w:p>
    <w:p>
      <w:pPr>
        <w:widowControl/>
      </w:pPr>
      <w:r>
        <w:rPr>
          <w:b w:val="0"/>
        </w:rPr>
        <w:t>Xác định:</w:t>
      </w:r>
    </w:p>
    <w:p>
      <w:pPr>
        <w:pStyle w:val="ListBullet"/>
        <w:widowControl/>
      </w:pPr>
      <w:r>
        <w:rPr>
          <w:b w:val="0"/>
        </w:rPr>
        <w:t>Tên ca khúc nếu có đủ dữ liệu.</w:t>
      </w:r>
    </w:p>
    <w:p>
      <w:pPr>
        <w:pStyle w:val="ListBullet"/>
        <w:widowControl/>
      </w:pPr>
      <w:r>
        <w:rPr>
          <w:b w:val="0"/>
        </w:rPr>
        <w:t>Thời lượng chính xác.</w:t>
      </w:r>
    </w:p>
    <w:p>
      <w:pPr>
        <w:pStyle w:val="ListBullet"/>
        <w:widowControl/>
      </w:pPr>
      <w:r>
        <w:rPr>
          <w:b w:val="0"/>
        </w:rPr>
        <w:t>Ngôn ngữ lời hát.</w:t>
      </w:r>
    </w:p>
    <w:p>
      <w:pPr>
        <w:pStyle w:val="ListBullet"/>
        <w:widowControl/>
      </w:pPr>
      <w:r>
        <w:rPr>
          <w:b w:val="0"/>
        </w:rPr>
        <w:t>Thể loại âm nhạc: Ballad, Bolero, Pop, trữ tình hoặc thể loại khác.</w:t>
      </w:r>
    </w:p>
    <w:p>
      <w:pPr>
        <w:pStyle w:val="ListBullet"/>
        <w:widowControl/>
      </w:pPr>
      <w:r>
        <w:rPr>
          <w:b w:val="0"/>
        </w:rPr>
        <w:t>Tiết tấu và BPM ước tính nếu có thể.</w:t>
      </w:r>
    </w:p>
    <w:p>
      <w:pPr>
        <w:pStyle w:val="ListBullet"/>
        <w:widowControl/>
      </w:pPr>
      <w:r>
        <w:rPr>
          <w:b w:val="0"/>
        </w:rPr>
        <w:t>Các đoạn intro, verse, chorus, bridge, instrumental và outro.</w:t>
      </w:r>
    </w:p>
    <w:p>
      <w:pPr>
        <w:pStyle w:val="ListBullet"/>
        <w:widowControl/>
      </w:pPr>
      <w:r>
        <w:rPr>
          <w:b w:val="0"/>
        </w:rPr>
        <w:t>Cảm xúc chủ đạo từng phân đoạn.</w:t>
      </w:r>
    </w:p>
    <w:p>
      <w:pPr>
        <w:pStyle w:val="ListBullet"/>
        <w:widowControl/>
      </w:pPr>
      <w:r>
        <w:rPr>
          <w:b w:val="0"/>
        </w:rPr>
        <w:t>Thông điệp nhân văn, câu chuyện và ý nghĩa sâu xa của bài hát.</w:t>
      </w:r>
    </w:p>
    <w:p>
      <w:pPr>
        <w:pStyle w:val="ListBullet"/>
        <w:widowControl/>
      </w:pPr>
      <w:r>
        <w:rPr>
          <w:b w:val="0"/>
        </w:rPr>
        <w:t>Những thời điểm cao trào, ngân dài, chuyển tiết tấu và kết thúc.</w:t>
      </w:r>
    </w:p>
    <w:p>
      <w:pPr>
        <w:widowControl/>
      </w:pPr>
      <w:r>
        <w:rPr>
          <w:b w:val="0"/>
        </w:rPr>
        <w:t>Sau đó tạo một bảng phân cảnh gồm:</w:t>
      </w:r>
    </w:p>
    <w:p>
      <w:pPr>
        <w:widowControl/>
      </w:pPr>
      <w:r>
        <w:rPr>
          <w:b w:val="0"/>
        </w:rPr>
        <w:t>Thời gian | Lời bài hát | Ý nghĩa | Cảm xúc | Bối cảnh hình ảnh | Hành động của nhân vật chính | Chuyển động camera | Hiệu ứng.</w:t>
      </w:r>
    </w:p>
    <w:p>
      <w:pPr>
        <w:widowControl/>
      </w:pPr>
      <w:r>
        <w:rPr>
          <w:b w:val="0"/>
        </w:rPr>
        <w:t>Không chuyển sang dựng hình khi chưa có kế hoạch phân cảnh rõ ràng.</w:t>
      </w:r>
    </w:p>
    <w:p>
      <w:pPr>
        <w:pStyle w:val="Heading2"/>
      </w:pPr>
      <w:r>
        <w:t>IV SỬ DỤNG CHÂN DUNG CỦA TÔI LÀM NHÂN VẬT TRUNG TÂM</w:t>
      </w:r>
    </w:p>
    <w:p>
      <w:pPr>
        <w:widowControl/>
      </w:pPr>
      <w:r>
        <w:rPr>
          <w:b w:val="0"/>
        </w:rPr>
        <w:t>ĐÂY LÀ YÊU CẦU ĐẶC BIỆT QUAN TRỌNG.</w:t>
      </w:r>
    </w:p>
    <w:p>
      <w:pPr>
        <w:widowControl/>
      </w:pPr>
      <w:r>
        <w:rPr>
          <w:b w:val="0"/>
        </w:rPr>
        <w:t>Hãy sử dụng ảnh chân dung tôi tải lên để xây dựng nhân vật chính mang hình ảnh Trần Khánh Tư xuyên suốt toàn bộ MV.</w:t>
      </w:r>
    </w:p>
    <w:p>
      <w:pPr>
        <w:pStyle w:val="Heading3"/>
      </w:pPr>
      <w:r>
        <w:t>1. Bảo toàn nhận diện</w:t>
      </w:r>
    </w:p>
    <w:p>
      <w:pPr>
        <w:pStyle w:val="ListBullet"/>
        <w:widowControl/>
      </w:pPr>
      <w:r>
        <w:rPr>
          <w:b w:val="0"/>
        </w:rPr>
        <w:t>Giữ đúng các đặc điểm khuôn mặt trong ảnh gốc.</w:t>
      </w:r>
    </w:p>
    <w:p>
      <w:pPr>
        <w:pStyle w:val="ListBullet"/>
        <w:widowControl/>
      </w:pPr>
      <w:r>
        <w:rPr>
          <w:b w:val="0"/>
        </w:rPr>
        <w:t>Không tự ý thay đổi độ tuổi, vóc dáng hoặc đặc điểm nhận diện nổi bật.</w:t>
      </w:r>
    </w:p>
    <w:p>
      <w:pPr>
        <w:pStyle w:val="ListBullet"/>
        <w:widowControl/>
      </w:pPr>
      <w:r>
        <w:rPr>
          <w:b w:val="0"/>
        </w:rPr>
        <w:t>Giữ thần thái tự nhiên, chân thực, lịch lãm.</w:t>
      </w:r>
    </w:p>
    <w:p>
      <w:pPr>
        <w:pStyle w:val="ListBullet"/>
        <w:widowControl/>
      </w:pPr>
      <w:r>
        <w:rPr>
          <w:b w:val="0"/>
        </w:rPr>
        <w:t>Không làm biến dạng mặt, mắt, tay, cơ thể.</w:t>
      </w:r>
    </w:p>
    <w:p>
      <w:pPr>
        <w:pStyle w:val="ListBullet"/>
        <w:widowControl/>
      </w:pPr>
      <w:r>
        <w:rPr>
          <w:b w:val="0"/>
        </w:rPr>
        <w:t>Không để nhân vật trông như một người khác ở các cảnh liên tiếp.</w:t>
      </w:r>
    </w:p>
    <w:p>
      <w:pPr>
        <w:pStyle w:val="ListBullet"/>
        <w:widowControl/>
      </w:pPr>
      <w:r>
        <w:rPr>
          <w:b w:val="0"/>
        </w:rPr>
        <w:t>Ưu tiên chất lượng nhận diện hơn hiệu ứng phô trương.</w:t>
      </w:r>
    </w:p>
    <w:p>
      <w:pPr>
        <w:pStyle w:val="Heading3"/>
      </w:pPr>
      <w:r>
        <w:t>2. Xây dựng nhân vật xuyên suốt</w:t>
      </w:r>
    </w:p>
    <w:p>
      <w:pPr>
        <w:widowControl/>
      </w:pPr>
      <w:r>
        <w:rPr>
          <w:b w:val="0"/>
        </w:rPr>
        <w:t>Tùy nội dung bài hát, hãy đưa tôi vào các bối cảnh phù hợp:</w:t>
      </w:r>
    </w:p>
    <w:p>
      <w:pPr>
        <w:pStyle w:val="ListBullet"/>
        <w:widowControl/>
      </w:pPr>
      <w:r>
        <w:rPr>
          <w:b w:val="0"/>
        </w:rPr>
        <w:t>Bước đi trên con đường thiên nhiên.</w:t>
      </w:r>
    </w:p>
    <w:p>
      <w:pPr>
        <w:pStyle w:val="ListBullet"/>
        <w:widowControl/>
      </w:pPr>
      <w:r>
        <w:rPr>
          <w:b w:val="0"/>
        </w:rPr>
        <w:t>Đứng suy tư bên cửa sổ.</w:t>
      </w:r>
    </w:p>
    <w:p>
      <w:pPr>
        <w:pStyle w:val="ListBullet"/>
        <w:widowControl/>
      </w:pPr>
      <w:r>
        <w:rPr>
          <w:b w:val="0"/>
        </w:rPr>
        <w:t>Ngắm hoàng hôn, núi rừng, biển hoặc thành phố.</w:t>
      </w:r>
    </w:p>
    <w:p>
      <w:pPr>
        <w:pStyle w:val="ListBullet"/>
        <w:widowControl/>
      </w:pPr>
      <w:r>
        <w:rPr>
          <w:b w:val="0"/>
        </w:rPr>
        <w:t>Ngồi trầm tư giữa một không gian đầy kỷ niệm.</w:t>
      </w:r>
    </w:p>
    <w:p>
      <w:pPr>
        <w:pStyle w:val="ListBullet"/>
        <w:widowControl/>
      </w:pPr>
      <w:r>
        <w:rPr>
          <w:b w:val="0"/>
        </w:rPr>
        <w:t>Xuất hiện trong câu chuyện tình cảm, cuộc đời hoặc hành trình trưởng thành.</w:t>
      </w:r>
    </w:p>
    <w:p>
      <w:pPr>
        <w:pStyle w:val="ListBullet"/>
        <w:widowControl/>
      </w:pPr>
      <w:r>
        <w:rPr>
          <w:b w:val="0"/>
        </w:rPr>
        <w:t>Thể hiện những cảm xúc phù hợp với nội dung từng câu hát.</w:t>
      </w:r>
    </w:p>
    <w:p>
      <w:pPr>
        <w:widowControl/>
      </w:pPr>
      <w:r>
        <w:rPr>
          <w:b w:val="0"/>
        </w:rPr>
        <w:t>Tôi phải xuất hiện nổi bật ở những cảnh quan trọng, đặc biệt là phần mở đầu, điệp khúc, cao trào và kết thúc.</w:t>
      </w:r>
    </w:p>
    <w:p>
      <w:pPr>
        <w:widowControl/>
      </w:pPr>
      <w:r>
        <w:rPr>
          <w:b w:val="0"/>
        </w:rPr>
        <w:t>Không nhất thiết xuất hiện trong mọi khung hình. Có thể xen kẽ cảnh phong cảnh, biểu tượng, ký ức và không gian để tăng chiều sâu nghệ thuật.</w:t>
      </w:r>
    </w:p>
    <w:p>
      <w:pPr>
        <w:pStyle w:val="Heading3"/>
      </w:pPr>
      <w:r>
        <w:t>3. Cách xử lý nhân vật AI</w:t>
      </w:r>
    </w:p>
    <w:p>
      <w:pPr>
        <w:widowControl/>
      </w:pPr>
      <w:r>
        <w:rPr>
          <w:b w:val="0"/>
        </w:rPr>
        <w:t>Nếu công cụ hỗ trợ tạo video từ ảnh tham chiếu, hãy sử dụng để tạo các cảnh có chuyển động tự nhiên.</w:t>
      </w:r>
    </w:p>
    <w:p>
      <w:pPr>
        <w:widowControl/>
      </w:pPr>
      <w:r>
        <w:rPr>
          <w:b w:val="0"/>
        </w:rPr>
        <w:t>Ưu tiên:</w:t>
      </w:r>
    </w:p>
    <w:p>
      <w:pPr>
        <w:pStyle w:val="ListBullet"/>
        <w:widowControl/>
      </w:pPr>
      <w:r>
        <w:rPr>
          <w:b w:val="0"/>
        </w:rPr>
        <w:t>Biểu cảm khuôn mặt tinh tế.</w:t>
      </w:r>
    </w:p>
    <w:p>
      <w:pPr>
        <w:pStyle w:val="ListBullet"/>
        <w:widowControl/>
      </w:pPr>
      <w:r>
        <w:rPr>
          <w:b w:val="0"/>
        </w:rPr>
        <w:t>Chuyển động cơ thể hợp lý.</w:t>
      </w:r>
    </w:p>
    <w:p>
      <w:pPr>
        <w:pStyle w:val="ListBullet"/>
        <w:widowControl/>
      </w:pPr>
      <w:r>
        <w:rPr>
          <w:b w:val="0"/>
        </w:rPr>
        <w:t>Chuyển động camera mượt mà.</w:t>
      </w:r>
    </w:p>
    <w:p>
      <w:pPr>
        <w:pStyle w:val="ListBullet"/>
        <w:widowControl/>
      </w:pPr>
      <w:r>
        <w:rPr>
          <w:b w:val="0"/>
        </w:rPr>
        <w:t>Ánh sáng điện ảnh.</w:t>
      </w:r>
    </w:p>
    <w:p>
      <w:pPr>
        <w:pStyle w:val="ListBullet"/>
        <w:widowControl/>
      </w:pPr>
      <w:r>
        <w:rPr>
          <w:b w:val="0"/>
        </w:rPr>
        <w:t>Sự nhất quán về nhân vật và bối cảnh.</w:t>
      </w:r>
    </w:p>
    <w:p>
      <w:pPr>
        <w:widowControl/>
      </w:pPr>
      <w:r>
        <w:rPr>
          <w:b w:val="0"/>
        </w:rPr>
        <w:t>Không tạo chuyển động môi giả như đang hát nếu không thể bảo đảm đồng bộ môi với lời ca.</w:t>
      </w:r>
    </w:p>
    <w:p>
      <w:pPr>
        <w:widowControl/>
      </w:pPr>
      <w:r>
        <w:rPr>
          <w:b w:val="0"/>
        </w:rPr>
        <w:t>Nếu công cụ chưa giữ được đúng khuôn mặt ở một cảnh, hãy ưu tiên ảnh tĩnh chất lượng cao kết hợp chuyển động camera thay vì tạo video sai nhận diện.</w:t>
      </w:r>
    </w:p>
    <w:p>
      <w:pPr>
        <w:pStyle w:val="Heading2"/>
      </w:pPr>
      <w:r>
        <w:t>V THIẾT KẾ ẢNH BÌA MV KARAOKE</w:t>
      </w:r>
    </w:p>
    <w:p>
      <w:pPr>
        <w:widowControl/>
      </w:pPr>
      <w:r>
        <w:rPr>
          <w:b w:val="0"/>
        </w:rPr>
        <w:t>Hãy tạo riêng một ảnh bìa chuyên nghiệp từ ảnh chân dung tôi cung cấp.</w:t>
      </w:r>
    </w:p>
    <w:p>
      <w:pPr>
        <w:widowControl/>
      </w:pPr>
      <w:r>
        <w:rPr>
          <w:b w:val="0"/>
        </w:rPr>
      </w:r>
      <w:r>
        <w:rPr>
          <w:b/>
        </w:rPr>
        <w:t>Yêu cầu thiết kế:</w:t>
      </w:r>
      <w:r>
        <w:rPr>
          <w:b w:val="0"/>
        </w:rPr>
      </w:r>
    </w:p>
    <w:p>
      <w:pPr>
        <w:pStyle w:val="ListBullet"/>
        <w:widowControl/>
      </w:pPr>
      <w:r>
        <w:rPr>
          <w:b w:val="0"/>
        </w:rPr>
        <w:t>Tỷ lệ 16:9.</w:t>
      </w:r>
    </w:p>
    <w:p>
      <w:pPr>
        <w:pStyle w:val="ListBullet"/>
        <w:widowControl/>
      </w:pPr>
      <w:r>
        <w:rPr>
          <w:b w:val="0"/>
        </w:rPr>
        <w:t>Kích thước ưu tiên 3840 × 2160 hoặc tối thiểu 1920 × 1080.</w:t>
      </w:r>
    </w:p>
    <w:p>
      <w:pPr>
        <w:pStyle w:val="ListBullet"/>
        <w:widowControl/>
      </w:pPr>
      <w:r>
        <w:rPr>
          <w:b w:val="0"/>
        </w:rPr>
        <w:t>Phong cách Cinematic Premium.</w:t>
      </w:r>
    </w:p>
    <w:p>
      <w:pPr>
        <w:pStyle w:val="ListBullet"/>
        <w:widowControl/>
      </w:pPr>
      <w:r>
        <w:rPr>
          <w:b w:val="0"/>
        </w:rPr>
        <w:t>Nhân vật Trần Khánh Tư là trung tâm.</w:t>
      </w:r>
    </w:p>
    <w:p>
      <w:pPr>
        <w:pStyle w:val="ListBullet"/>
        <w:widowControl/>
      </w:pPr>
      <w:r>
        <w:rPr>
          <w:b w:val="0"/>
        </w:rPr>
        <w:t>Khuôn mặt rõ, chân thực, biểu cảm phù hợp bài hát.</w:t>
      </w:r>
    </w:p>
    <w:p>
      <w:pPr>
        <w:pStyle w:val="ListBullet"/>
        <w:widowControl/>
      </w:pPr>
      <w:r>
        <w:rPr>
          <w:b w:val="0"/>
        </w:rPr>
        <w:t>Bối cảnh có chiều sâu, giàu cảm xúc.</w:t>
      </w:r>
    </w:p>
    <w:p>
      <w:pPr>
        <w:pStyle w:val="ListBullet"/>
        <w:widowControl/>
      </w:pPr>
      <w:r>
        <w:rPr>
          <w:b w:val="0"/>
        </w:rPr>
        <w:t>Ánh sáng và màu sắc đồng điệu với tinh thần ca khúc.</w:t>
      </w:r>
    </w:p>
    <w:p>
      <w:pPr>
        <w:pStyle w:val="ListBullet"/>
        <w:widowControl/>
      </w:pPr>
      <w:r>
        <w:rPr>
          <w:b w:val="0"/>
        </w:rPr>
        <w:t>Bố cục sang trọng, tối giản, không rối mắt.</w:t>
      </w:r>
    </w:p>
    <w:p>
      <w:pPr>
        <w:widowControl/>
      </w:pPr>
      <w:r>
        <w:rPr>
          <w:b w:val="0"/>
        </w:rPr>
        <w:t>Nội dung chữ trên ảnh bìa:</w:t>
      </w:r>
    </w:p>
    <w:p>
      <w:pPr>
        <w:widowControl/>
      </w:pPr>
      <w:r>
        <w:rPr>
          <w:b w:val="0"/>
        </w:rPr>
      </w:r>
      <w:r>
        <w:rPr>
          <w:b/>
        </w:rPr>
        <w:t>Tên bài hát:</w:t>
      </w:r>
      <w:r>
        <w:rPr>
          <w:b w:val="0"/>
        </w:rPr>
        <w:t xml:space="preserve"> Lấy từ thông tin bài hát sau khi xác định chính xác.</w:t>
      </w:r>
    </w:p>
    <w:p>
      <w:pPr>
        <w:widowControl/>
      </w:pPr>
      <w:r>
        <w:rPr>
          <w:b w:val="0"/>
        </w:rPr>
      </w:r>
      <w:r>
        <w:rPr>
          <w:b/>
        </w:rPr>
        <w:t>Dòng phụ:</w:t>
      </w:r>
      <w:r>
        <w:rPr>
          <w:b w:val="0"/>
        </w:rPr>
        <w:t xml:space="preserve"> MV KARAOKE</w:t>
      </w:r>
    </w:p>
    <w:p>
      <w:pPr>
        <w:widowControl/>
      </w:pPr>
      <w:r>
        <w:rPr>
          <w:b w:val="0"/>
        </w:rPr>
      </w:r>
      <w:r>
        <w:rPr>
          <w:b/>
        </w:rPr>
        <w:t>Nhân vật chính:</w:t>
      </w:r>
      <w:r>
        <w:rPr>
          <w:b w:val="0"/>
        </w:rPr>
        <w:t xml:space="preserve"> TRẦN KHÁNH TƯ</w:t>
      </w:r>
    </w:p>
    <w:p>
      <w:pPr>
        <w:widowControl/>
      </w:pPr>
      <w:r>
        <w:rPr>
          <w:b w:val="0"/>
        </w:rPr>
        <w:t>Sắp xếp chữ chuyên nghiệp, hỗ trợ tiếng Việt đầy đủ, không sai chính tả.</w:t>
      </w:r>
    </w:p>
    <w:p>
      <w:pPr>
        <w:widowControl/>
      </w:pPr>
      <w:r>
        <w:rPr>
          <w:b w:val="0"/>
        </w:rPr>
        <w:t>Ảnh bìa phải đủ ấn tượng để thu hút người xem ngay từ cái nhìn đầu tiên.</w:t>
      </w:r>
    </w:p>
    <w:p>
      <w:pPr>
        <w:widowControl/>
      </w:pPr>
      <w:r>
        <w:rPr>
          <w:b w:val="0"/>
        </w:rPr>
        <w:t>Xuất ảnh bìa riêng dạng PNG hoặc JPG, đồng thời sử dụng thiết kế này làm cơ sở cho cảnh giới thiệu đầu video.</w:t>
      </w:r>
    </w:p>
    <w:p>
      <w:pPr>
        <w:pStyle w:val="Heading2"/>
      </w:pPr>
      <w:r>
        <w:t>VI XÂY DỰNG HÌNH ẢNH ĐIỆN ẢNH THEO LỜI HÁT</w:t>
      </w:r>
    </w:p>
    <w:p>
      <w:pPr>
        <w:widowControl/>
      </w:pPr>
      <w:r>
        <w:rPr>
          <w:b w:val="0"/>
        </w:rPr>
        <w:t>Hãy chuyển lời bài hát thành một câu chuyện bằng hình ảnh.</w:t>
      </w:r>
    </w:p>
    <w:p>
      <w:pPr>
        <w:widowControl/>
      </w:pPr>
      <w:r>
        <w:rPr>
          <w:b w:val="0"/>
        </w:rPr>
        <w:t>Nguyên tắc:</w:t>
      </w:r>
    </w:p>
    <w:p>
      <w:pPr>
        <w:widowControl/>
      </w:pPr>
      <w:r>
        <w:rPr>
          <w:b w:val="0"/>
        </w:rPr>
      </w:r>
      <w:r>
        <w:rPr>
          <w:b/>
        </w:rPr>
        <w:t>Mỗi cảnh phải có lý do xuất hiện, thể hiện được nội dung hoặc cảm xúc của đoạn nhạc tương ứng.</w:t>
      </w:r>
      <w:r>
        <w:rPr>
          <w:b w:val="0"/>
        </w:rPr>
      </w:r>
    </w:p>
    <w:p>
      <w:pPr>
        <w:widowControl/>
      </w:pPr>
      <w:r>
        <w:rPr>
          <w:b w:val="0"/>
        </w:rPr>
        <w:t>Không tạo hình ảnh ngẫu nhiên hoặc lặp lại thiếu chủ đích.</w:t>
      </w:r>
    </w:p>
    <w:p>
      <w:pPr>
        <w:widowControl/>
      </w:pPr>
      <w:r>
        <w:rPr>
          <w:b w:val="0"/>
        </w:rPr>
        <w:t>Phong cách hình ảnh mặc định:</w:t>
      </w:r>
    </w:p>
    <w:p>
      <w:pPr>
        <w:widowControl/>
      </w:pPr>
      <w:r>
        <w:rPr>
          <w:b w:val="0"/>
        </w:rPr>
        <w:t>CINEMATIC – PHOTOREALISTIC – EMOTIONAL STORYTELLING – PREMIUM MUSIC VIDEO.</w:t>
      </w:r>
    </w:p>
    <w:p>
      <w:pPr>
        <w:widowControl/>
      </w:pPr>
      <w:r>
        <w:rPr>
          <w:b w:val="0"/>
        </w:rPr>
        <w:t>Yêu cầu:</w:t>
      </w:r>
    </w:p>
    <w:p>
      <w:pPr>
        <w:widowControl/>
      </w:pPr>
      <w:r>
        <w:rPr>
          <w:b w:val="0"/>
        </w:rPr>
        <w:t>1. Khung hình rộng 16:9.</w:t>
      </w:r>
    </w:p>
    <w:p>
      <w:pPr>
        <w:widowControl/>
      </w:pPr>
      <w:r>
        <w:rPr>
          <w:b w:val="0"/>
        </w:rPr>
        <w:t>2. Độ chi tiết cao, chân thực.</w:t>
      </w:r>
    </w:p>
    <w:p>
      <w:pPr>
        <w:widowControl/>
      </w:pPr>
      <w:r>
        <w:rPr>
          <w:b w:val="0"/>
        </w:rPr>
        <w:t>3. Ánh sáng điện ảnh.</w:t>
      </w:r>
    </w:p>
    <w:p>
      <w:pPr>
        <w:widowControl/>
      </w:pPr>
      <w:r>
        <w:rPr>
          <w:b w:val="0"/>
        </w:rPr>
        <w:t>4. Màu sắc đồng nhất.</w:t>
      </w:r>
    </w:p>
    <w:p>
      <w:pPr>
        <w:widowControl/>
      </w:pPr>
      <w:r>
        <w:rPr>
          <w:b w:val="0"/>
        </w:rPr>
        <w:t>5. Có chiều sâu không gian.</w:t>
      </w:r>
    </w:p>
    <w:p>
      <w:pPr>
        <w:widowControl/>
      </w:pPr>
      <w:r>
        <w:rPr>
          <w:b w:val="0"/>
        </w:rPr>
        <w:t>6. Nhân vật được bố trí nổi bật nhưng không che vùng chữ karaoke.</w:t>
      </w:r>
    </w:p>
    <w:p>
      <w:pPr>
        <w:widowControl/>
      </w:pPr>
      <w:r>
        <w:rPr>
          <w:b w:val="0"/>
        </w:rPr>
        <w:t>7. Các cảnh có sự liên kết với nhau.</w:t>
      </w:r>
    </w:p>
    <w:p>
      <w:pPr>
        <w:widowControl/>
      </w:pPr>
      <w:r>
        <w:rPr>
          <w:b w:val="0"/>
        </w:rPr>
        <w:t>8. Tạo điểm nhấn đặc biệt ở điệp khúc và cao trào.</w:t>
      </w:r>
    </w:p>
    <w:p>
      <w:pPr>
        <w:widowControl/>
      </w:pPr>
      <w:r>
        <w:rPr>
          <w:b w:val="0"/>
        </w:rPr>
        <w:t>Đối với mỗi phân cảnh, hãy xây dựng prompt hình ảnh chi tiết và prompt chuyển động tương ứng.</w:t>
      </w:r>
    </w:p>
    <w:p>
      <w:pPr>
        <w:widowControl/>
      </w:pPr>
      <w:r>
        <w:rPr>
          <w:b w:val="0"/>
        </w:rPr>
        <w:t>Hình ảnh cần làm người xem cảm nhận được câu chuyện chứ không chỉ nhìn thấy các minh họa đơn giản.</w:t>
      </w:r>
    </w:p>
    <w:p>
      <w:pPr>
        <w:pStyle w:val="Heading2"/>
      </w:pPr>
      <w:r>
        <w:t>VII TẠO CHUYỂN ĐỘNG CAMERA VÀ HIỆU ỨNG</w:t>
      </w:r>
    </w:p>
    <w:p>
      <w:pPr>
        <w:widowControl/>
      </w:pPr>
      <w:r>
        <w:rPr>
          <w:b w:val="0"/>
        </w:rPr>
        <w:t>Hãy áp dụng kỹ thuật dựng phim điện ảnh cho từng phân đoạn.</w:t>
      </w:r>
    </w:p>
    <w:p>
      <w:pPr>
        <w:widowControl/>
      </w:pPr>
      <w:r>
        <w:rPr>
          <w:b w:val="0"/>
        </w:rPr>
        <w:t>Sử dụng linh hoạt:</w:t>
      </w:r>
    </w:p>
    <w:p>
      <w:pPr>
        <w:widowControl/>
      </w:pPr>
      <w:r>
        <w:rPr>
          <w:b w:val="0"/>
        </w:rPr>
      </w:r>
      <w:r>
        <w:rPr>
          <w:b/>
        </w:rPr>
        <w:t>Slow Zoom In:</w:t>
      </w:r>
      <w:r>
        <w:rPr>
          <w:b w:val="0"/>
        </w:rPr>
        <w:t xml:space="preserve"> Máy quay tiến chậm vào nhân vật để tăng chiều sâu cảm xúc.</w:t>
      </w:r>
    </w:p>
    <w:p>
      <w:pPr>
        <w:widowControl/>
      </w:pPr>
      <w:r>
        <w:rPr>
          <w:b w:val="0"/>
        </w:rPr>
      </w:r>
      <w:r>
        <w:rPr>
          <w:b/>
        </w:rPr>
        <w:t>Slow Zoom Out:</w:t>
      </w:r>
      <w:r>
        <w:rPr>
          <w:b w:val="0"/>
        </w:rPr>
        <w:t xml:space="preserve"> Máy quay lùi ra, mở rộng không gian, tạo cảm giác suy tư hoặc giải thoát.</w:t>
      </w:r>
    </w:p>
    <w:p>
      <w:pPr>
        <w:widowControl/>
      </w:pPr>
      <w:r>
        <w:rPr>
          <w:b w:val="0"/>
        </w:rPr>
      </w:r>
      <w:r>
        <w:rPr>
          <w:b/>
        </w:rPr>
        <w:t>Cinematic Pan:</w:t>
      </w:r>
      <w:r>
        <w:rPr>
          <w:b w:val="0"/>
        </w:rPr>
        <w:t xml:space="preserve"> Lia máy ngang hoặc dọc để khám phá không gian.</w:t>
      </w:r>
    </w:p>
    <w:p>
      <w:pPr>
        <w:widowControl/>
      </w:pPr>
      <w:r>
        <w:rPr>
          <w:b w:val="0"/>
        </w:rPr>
      </w:r>
      <w:r>
        <w:rPr>
          <w:b/>
        </w:rPr>
        <w:t>Parallax Effect:</w:t>
      </w:r>
      <w:r>
        <w:rPr>
          <w:b w:val="0"/>
        </w:rPr>
        <w:t xml:space="preserve"> Tạo chuyển động nhiều lớp làm hình ảnh có chiều sâu.</w:t>
      </w:r>
    </w:p>
    <w:p>
      <w:pPr>
        <w:widowControl/>
      </w:pPr>
      <w:r>
        <w:rPr>
          <w:b w:val="0"/>
        </w:rPr>
      </w:r>
      <w:r>
        <w:rPr>
          <w:b/>
        </w:rPr>
        <w:t>Dolly Movement:</w:t>
      </w:r>
      <w:r>
        <w:rPr>
          <w:b w:val="0"/>
        </w:rPr>
        <w:t xml:space="preserve"> Mô phỏng máy quay di chuyển trong không gian.</w:t>
      </w:r>
    </w:p>
    <w:p>
      <w:pPr>
        <w:widowControl/>
      </w:pPr>
      <w:r>
        <w:rPr>
          <w:b w:val="0"/>
        </w:rPr>
      </w:r>
      <w:r>
        <w:rPr>
          <w:b/>
        </w:rPr>
        <w:t>Subtle Motion:</w:t>
      </w:r>
      <w:r>
        <w:rPr>
          <w:b w:val="0"/>
        </w:rPr>
        <w:t xml:space="preserve"> Tạo chuyển động nhẹ của ánh sáng, gió, tóc, lá cây, mây và mặt nước.</w:t>
      </w:r>
    </w:p>
    <w:p>
      <w:pPr>
        <w:widowControl/>
      </w:pPr>
      <w:r>
        <w:rPr>
          <w:b w:val="0"/>
        </w:rPr>
      </w:r>
      <w:r>
        <w:rPr>
          <w:b/>
        </w:rPr>
        <w:t>Cross Dissolve:</w:t>
      </w:r>
      <w:r>
        <w:rPr>
          <w:b w:val="0"/>
        </w:rPr>
        <w:t xml:space="preserve"> Chuyển cảnh mượt, phù hợp với đoạn nhạc trữ tình.</w:t>
      </w:r>
    </w:p>
    <w:p>
      <w:pPr>
        <w:widowControl/>
      </w:pPr>
      <w:r>
        <w:rPr>
          <w:b w:val="0"/>
        </w:rPr>
      </w:r>
      <w:r>
        <w:rPr>
          <w:b/>
        </w:rPr>
        <w:t>Beat Sync Transition:</w:t>
      </w:r>
      <w:r>
        <w:rPr>
          <w:b w:val="0"/>
        </w:rPr>
        <w:t xml:space="preserve"> Cắt cảnh hoặc chuyển cảnh theo nhịp khi phù hợp.</w:t>
      </w:r>
    </w:p>
    <w:p>
      <w:pPr>
        <w:widowControl/>
      </w:pPr>
      <w:r>
        <w:rPr>
          <w:b w:val="0"/>
        </w:rPr>
        <w:t>Thời lượng mỗi phân cảnh phải dựa trên nội dung và nhịp điệu thực tế, không chia đều máy móc.</w:t>
      </w:r>
    </w:p>
    <w:p>
      <w:pPr>
        <w:widowControl/>
      </w:pPr>
      <w:r>
        <w:rPr>
          <w:b w:val="0"/>
        </w:rPr>
        <w:t>Không lạm dụng các hiệu ứng zoom, flash, rung hoặc chuyển cảnh mạnh.</w:t>
      </w:r>
    </w:p>
    <w:p>
      <w:pPr>
        <w:widowControl/>
      </w:pPr>
      <w:r>
        <w:rPr>
          <w:b w:val="0"/>
        </w:rPr>
        <w:t>Chuyển động phải phục vụ cảm xúc và giúp MV giống một bộ phim ngắn.</w:t>
      </w:r>
    </w:p>
    <w:p>
      <w:pPr>
        <w:pStyle w:val="Heading2"/>
      </w:pPr>
      <w:r>
        <w:t>VIII TẠO KARAOKE TÔ MÀU ĐỒNG BỘ VỚI GIỌNG HÁT</w:t>
      </w:r>
    </w:p>
    <w:p>
      <w:pPr>
        <w:widowControl/>
      </w:pPr>
      <w:r>
        <w:rPr>
          <w:b w:val="0"/>
        </w:rPr>
      </w:r>
      <w:r>
        <w:rPr>
          <w:b/>
        </w:rPr>
        <w:t>ĐÂY LÀ ƯU TIÊN KỸ THUẬT SỐ 1.</w:t>
      </w:r>
      <w:r>
        <w:rPr>
          <w:b w:val="0"/>
        </w:rPr>
      </w:r>
    </w:p>
    <w:p>
      <w:pPr>
        <w:widowControl/>
      </w:pPr>
      <w:r>
        <w:rPr>
          <w:b w:val="0"/>
        </w:rPr>
        <w:t>Hãy tạo lời karaoke bằng phương pháp đồng bộ thời gian chính xác, ưu tiên từng âm tiết tiếng Việt.</w:t>
      </w:r>
    </w:p>
    <w:p>
      <w:pPr>
        <w:pStyle w:val="Heading3"/>
      </w:pPr>
      <w:r>
        <w:t>1. Nhận diện và căn chỉnh lời hát</w:t>
      </w:r>
    </w:p>
    <w:p>
      <w:pPr>
        <w:pStyle w:val="ListBullet"/>
        <w:widowControl/>
      </w:pPr>
      <w:r>
        <w:rPr>
          <w:b w:val="0"/>
        </w:rPr>
        <w:t>Trích xuất lời hát từ âm thanh.</w:t>
      </w:r>
    </w:p>
    <w:p>
      <w:pPr>
        <w:pStyle w:val="ListBullet"/>
        <w:widowControl/>
      </w:pPr>
      <w:r>
        <w:rPr>
          <w:b w:val="0"/>
        </w:rPr>
        <w:t>Đối chiếu với lời gốc nếu được cung cấp.</w:t>
      </w:r>
    </w:p>
    <w:p>
      <w:pPr>
        <w:pStyle w:val="ListBullet"/>
        <w:widowControl/>
      </w:pPr>
      <w:r>
        <w:rPr>
          <w:b w:val="0"/>
        </w:rPr>
        <w:t>Nhận diện thời điểm bắt đầu và kết thúc từng câu.</w:t>
      </w:r>
    </w:p>
    <w:p>
      <w:pPr>
        <w:pStyle w:val="ListBullet"/>
        <w:widowControl/>
      </w:pPr>
      <w:r>
        <w:rPr>
          <w:b w:val="0"/>
        </w:rPr>
        <w:t>Căn chỉnh đến từng từ và âm tiết khi có đủ dữ liệu.</w:t>
      </w:r>
    </w:p>
    <w:p>
      <w:pPr>
        <w:pStyle w:val="ListBullet"/>
        <w:widowControl/>
      </w:pPr>
      <w:r>
        <w:rPr>
          <w:b w:val="0"/>
        </w:rPr>
        <w:t>Sử dụng forced alignment hoặc phương pháp phù hợp để tạo mốc thời gian.</w:t>
      </w:r>
    </w:p>
    <w:p>
      <w:pPr>
        <w:pStyle w:val="ListBullet"/>
        <w:widowControl/>
      </w:pPr>
      <w:r>
        <w:rPr>
          <w:b w:val="0"/>
        </w:rPr>
        <w:t>Kiểm tra bằng nghe đối chiếu với bản nhạc.</w:t>
      </w:r>
    </w:p>
    <w:p>
      <w:pPr>
        <w:pStyle w:val="ListBullet"/>
        <w:widowControl/>
      </w:pPr>
      <w:r>
        <w:rPr>
          <w:b w:val="0"/>
        </w:rPr>
        <w:t>Điều chỉnh thủ công những chỗ tự động bị lệch nếu công cụ cho phép.</w:t>
      </w:r>
    </w:p>
    <w:p>
      <w:pPr>
        <w:widowControl/>
      </w:pPr>
      <w:r>
        <w:rPr>
          <w:b w:val="0"/>
        </w:rPr>
        <w:t>Đặc biệt kiểm tra những chỗ hát nhanh, luyến láy, ngân dài hoặc nối âm.</w:t>
      </w:r>
    </w:p>
    <w:p>
      <w:pPr>
        <w:pStyle w:val="Heading3"/>
      </w:pPr>
      <w:r>
        <w:t>2. Hiệu ứng karaoke</w:t>
      </w:r>
    </w:p>
    <w:p>
      <w:pPr>
        <w:widowControl/>
      </w:pPr>
      <w:r>
        <w:rPr>
          <w:b w:val="0"/>
        </w:rPr>
        <w:t>Yêu cầu chữ karaoke:</w:t>
      </w:r>
    </w:p>
    <w:p>
      <w:pPr>
        <w:pStyle w:val="ListBullet"/>
        <w:widowControl/>
      </w:pPr>
      <w:r>
        <w:rPr>
          <w:b w:val="0"/>
        </w:rPr>
        <w:t>Hiển thị tối đa hai dòng.</w:t>
      </w:r>
    </w:p>
    <w:p>
      <w:pPr>
        <w:pStyle w:val="ListBullet"/>
        <w:widowControl/>
      </w:pPr>
      <w:r>
        <w:rPr>
          <w:b w:val="0"/>
        </w:rPr>
        <w:t>Chữ lớn, rõ ràng, dễ đọc.</w:t>
      </w:r>
    </w:p>
    <w:p>
      <w:pPr>
        <w:pStyle w:val="ListBullet"/>
        <w:widowControl/>
      </w:pPr>
      <w:r>
        <w:rPr>
          <w:b w:val="0"/>
        </w:rPr>
        <w:t>Phù hợp cả người lớn tuổi.</w:t>
      </w:r>
    </w:p>
    <w:p>
      <w:pPr>
        <w:pStyle w:val="ListBullet"/>
        <w:widowControl/>
      </w:pPr>
      <w:r>
        <w:rPr>
          <w:b w:val="0"/>
        </w:rPr>
        <w:t>Font hỗ trợ tiếng Việt đầy đủ.</w:t>
      </w:r>
    </w:p>
    <w:p>
      <w:pPr>
        <w:pStyle w:val="ListBullet"/>
        <w:widowControl/>
      </w:pPr>
      <w:r>
        <w:rPr>
          <w:b w:val="0"/>
        </w:rPr>
        <w:t>Chữ chưa hát: màu trắng.</w:t>
      </w:r>
    </w:p>
    <w:p>
      <w:pPr>
        <w:pStyle w:val="ListBullet"/>
        <w:widowControl/>
      </w:pPr>
      <w:r>
        <w:rPr>
          <w:b w:val="0"/>
        </w:rPr>
        <w:t>Chữ đã hát: màu vàng cam nổi bật.</w:t>
      </w:r>
    </w:p>
    <w:p>
      <w:pPr>
        <w:pStyle w:val="ListBullet"/>
        <w:widowControl/>
      </w:pPr>
      <w:r>
        <w:rPr>
          <w:b w:val="0"/>
        </w:rPr>
        <w:t>Tô màu lần lượt theo tiến trình phát âm.</w:t>
      </w:r>
    </w:p>
    <w:p>
      <w:pPr>
        <w:pStyle w:val="ListBullet"/>
        <w:widowControl/>
      </w:pPr>
      <w:r>
        <w:rPr>
          <w:b w:val="0"/>
        </w:rPr>
        <w:t>Có đường viền tối và bóng đổ nhẹ.</w:t>
      </w:r>
    </w:p>
    <w:p>
      <w:pPr>
        <w:pStyle w:val="ListBullet"/>
        <w:widowControl/>
      </w:pPr>
      <w:r>
        <w:rPr>
          <w:b w:val="0"/>
        </w:rPr>
        <w:t>Không che khuôn mặt hoặc các chi tiết quan trọng.</w:t>
      </w:r>
    </w:p>
    <w:p>
      <w:pPr>
        <w:pStyle w:val="ListBullet"/>
        <w:widowControl/>
      </w:pPr>
      <w:r>
        <w:rPr>
          <w:b w:val="0"/>
        </w:rPr>
        <w:t>Vị trí ưu tiên phía dưới khung hình, trong vùng an toàn.</w:t>
      </w:r>
    </w:p>
    <w:p>
      <w:pPr>
        <w:pStyle w:val="ListBullet"/>
        <w:widowControl/>
      </w:pPr>
      <w:r>
        <w:rPr>
          <w:b w:val="0"/>
        </w:rPr>
        <w:t>Không bị cắt chữ hoặc dấu tiếng Việt.</w:t>
      </w:r>
    </w:p>
    <w:p>
      <w:pPr>
        <w:pStyle w:val="Heading3"/>
      </w:pPr>
      <w:r>
        <w:t>3. Đồng bộ karaoke chuẩn</w:t>
      </w:r>
    </w:p>
    <w:p>
      <w:pPr>
        <w:widowControl/>
      </w:pPr>
      <w:r>
        <w:rPr>
          <w:b w:val="0"/>
        </w:rPr>
        <w:t>Từng từ hoặc âm tiết phải được tô màu đúng với thời điểm ca sĩ phát âm.</w:t>
      </w:r>
    </w:p>
    <w:p>
      <w:pPr>
        <w:widowControl/>
      </w:pPr>
      <w:r>
        <w:rPr>
          <w:b w:val="0"/>
        </w:rPr>
        <w:t>Không chỉ đổi màu theo cả câu.</w:t>
      </w:r>
    </w:p>
    <w:p>
      <w:pPr>
        <w:widowControl/>
      </w:pPr>
      <w:r>
        <w:rPr>
          <w:b w:val="0"/>
        </w:rPr>
        <w:t>Không được chạy chữ theo tốc độ ước lượng nếu đã có khả năng căn chỉnh thực tế.</w:t>
      </w:r>
    </w:p>
    <w:p>
      <w:pPr>
        <w:widowControl/>
      </w:pPr>
      <w:r>
        <w:rPr>
          <w:b w:val="0"/>
        </w:rPr>
        <w:t>Nếu ca sĩ ngân dài, hiệu ứng tô màu cần xử lý phù hợp với thời lượng âm tiết.</w:t>
      </w:r>
    </w:p>
    <w:p>
      <w:pPr>
        <w:widowControl/>
      </w:pPr>
      <w:r>
        <w:rPr>
          <w:b w:val="0"/>
        </w:rPr>
        <w:t>Nếu có khoảng nghỉ hoặc nhạc dạo, không để chữ tiếp tục tô màu sai.</w:t>
      </w:r>
    </w:p>
    <w:p>
      <w:pPr>
        <w:widowControl/>
      </w:pPr>
      <w:r>
        <w:rPr>
          <w:b w:val="0"/>
        </w:rPr>
        <w:t>Ưu tiên dùng định dạng phụ đề karaoke ASS và hiệu ứng thời gian `\k`, `\kf` hoặc kỹ thuật tương đương.</w:t>
      </w:r>
    </w:p>
    <w:p>
      <w:pPr>
        <w:widowControl/>
      </w:pPr>
      <w:r>
        <w:rPr>
          <w:b w:val="0"/>
        </w:rPr>
        <w:t>Đồng bộ thời điểm xuất hiện, đổi dòng và kết thúc để tạo trải nghiệm hát karaoke tự nhiên.</w:t>
      </w:r>
    </w:p>
    <w:p>
      <w:pPr>
        <w:pStyle w:val="Heading3"/>
      </w:pPr>
      <w:r>
        <w:t>4. Kiểm thử</w:t>
      </w:r>
    </w:p>
    <w:p>
      <w:pPr>
        <w:widowControl/>
      </w:pPr>
      <w:r>
        <w:rPr>
          <w:b w:val="0"/>
        </w:rPr>
        <w:t>Kiểm tra tối thiểu ở các đoạn:</w:t>
      </w:r>
    </w:p>
    <w:p>
      <w:pPr>
        <w:pStyle w:val="ListBullet"/>
        <w:widowControl/>
      </w:pPr>
      <w:r>
        <w:rPr>
          <w:b w:val="0"/>
        </w:rPr>
        <w:t>Câu hát mở đầu.</w:t>
      </w:r>
    </w:p>
    <w:p>
      <w:pPr>
        <w:pStyle w:val="ListBullet"/>
        <w:widowControl/>
      </w:pPr>
      <w:r>
        <w:rPr>
          <w:b w:val="0"/>
        </w:rPr>
        <w:t>Một đoạn hát nhanh.</w:t>
      </w:r>
    </w:p>
    <w:p>
      <w:pPr>
        <w:pStyle w:val="ListBullet"/>
        <w:widowControl/>
      </w:pPr>
      <w:r>
        <w:rPr>
          <w:b w:val="0"/>
        </w:rPr>
        <w:t>Một đoạn ngân dài.</w:t>
      </w:r>
    </w:p>
    <w:p>
      <w:pPr>
        <w:pStyle w:val="ListBullet"/>
        <w:widowControl/>
      </w:pPr>
      <w:r>
        <w:rPr>
          <w:b w:val="0"/>
        </w:rPr>
        <w:t>Điệp khúc.</w:t>
      </w:r>
    </w:p>
    <w:p>
      <w:pPr>
        <w:pStyle w:val="ListBullet"/>
        <w:widowControl/>
      </w:pPr>
      <w:r>
        <w:rPr>
          <w:b w:val="0"/>
        </w:rPr>
        <w:t>Phân đoạn chuyển cảnh.</w:t>
      </w:r>
    </w:p>
    <w:p>
      <w:pPr>
        <w:pStyle w:val="ListBullet"/>
        <w:widowControl/>
      </w:pPr>
      <w:r>
        <w:rPr>
          <w:b w:val="0"/>
        </w:rPr>
        <w:t>Câu hát kết thúc.</w:t>
      </w:r>
    </w:p>
    <w:p>
      <w:pPr>
        <w:widowControl/>
      </w:pPr>
      <w:r>
        <w:rPr>
          <w:b w:val="0"/>
        </w:rPr>
        <w:t>Sau đó kiểm tra tổng thể toàn bộ bài hát.</w:t>
      </w:r>
    </w:p>
    <w:p>
      <w:pPr>
        <w:widowControl/>
      </w:pPr>
      <w:r>
        <w:rPr>
          <w:b w:val="0"/>
        </w:rPr>
        <w:t>Không tuyên bố karaoke đã đồng bộ hoàn hảo nếu chưa thực sự kiểm thử.</w:t>
      </w:r>
    </w:p>
    <w:p>
      <w:pPr>
        <w:pStyle w:val="Heading2"/>
      </w:pPr>
      <w:r>
        <w:t>IX PHỐI HỢP ÂM THANH, HÌNH ẢNH VÀ LỜI KARAOKE</w:t>
      </w:r>
    </w:p>
    <w:p>
      <w:pPr>
        <w:widowControl/>
      </w:pPr>
      <w:r>
        <w:rPr>
          <w:b w:val="0"/>
        </w:rPr>
        <w:t>Hãy phối hợp 3 thành phần thành một tổng thể thống nhất:</w:t>
      </w:r>
    </w:p>
    <w:p>
      <w:pPr>
        <w:widowControl/>
      </w:pPr>
      <w:r>
        <w:rPr>
          <w:b w:val="0"/>
        </w:rPr>
      </w:r>
      <w:r>
        <w:rPr>
          <w:b/>
        </w:rPr>
        <w:t>Âm thanh quyết định nhịp dựng.</w:t>
      </w:r>
      <w:r>
        <w:rPr>
          <w:b w:val="0"/>
        </w:rPr>
      </w:r>
    </w:p>
    <w:p>
      <w:pPr>
        <w:widowControl/>
      </w:pPr>
      <w:r>
        <w:rPr>
          <w:b w:val="0"/>
        </w:rPr>
      </w:r>
      <w:r>
        <w:rPr>
          <w:b/>
        </w:rPr>
        <w:t>Lời hát quyết định câu chuyện hình ảnh.</w:t>
      </w:r>
      <w:r>
        <w:rPr>
          <w:b w:val="0"/>
        </w:rPr>
      </w:r>
    </w:p>
    <w:p>
      <w:pPr>
        <w:widowControl/>
      </w:pPr>
      <w:r>
        <w:rPr>
          <w:b w:val="0"/>
        </w:rPr>
      </w:r>
      <w:r>
        <w:rPr>
          <w:b/>
        </w:rPr>
        <w:t>Karaoke quyết định thời điểm tô màu và đổi dòng.</w:t>
      </w:r>
      <w:r>
        <w:rPr>
          <w:b w:val="0"/>
        </w:rPr>
      </w:r>
    </w:p>
    <w:p>
      <w:pPr>
        <w:widowControl/>
      </w:pPr>
      <w:r>
        <w:rPr>
          <w:b w:val="0"/>
        </w:rPr>
        <w:t>Các cảnh hình ảnh cần thay đổi phù hợp với sự phát triển cảm xúc của bài hát.</w:t>
      </w:r>
    </w:p>
    <w:p>
      <w:pPr>
        <w:widowControl/>
      </w:pPr>
      <w:r>
        <w:rPr>
          <w:b w:val="0"/>
        </w:rPr>
        <w:t>Tại cao trào, có thể tăng cường chuyển động camera, thay đổi góc quay và ánh sáng nhưng vẫn giữ tính nghệ thuật.</w:t>
      </w:r>
    </w:p>
    <w:p>
      <w:pPr>
        <w:widowControl/>
      </w:pPr>
      <w:r>
        <w:rPr>
          <w:b w:val="0"/>
        </w:rPr>
        <w:t>Trong đoạn nhạc nhẹ, ưu tiên chuyển động chậm, sâu lắng.</w:t>
      </w:r>
    </w:p>
    <w:p>
      <w:pPr>
        <w:widowControl/>
      </w:pPr>
      <w:r>
        <w:rPr>
          <w:b w:val="0"/>
        </w:rPr>
        <w:t>Giữ nguyên bản nhạc gốc, không tự ý thay đổi tốc độ hoặc cao độ.</w:t>
      </w:r>
    </w:p>
    <w:p>
      <w:pPr>
        <w:widowControl/>
      </w:pPr>
      <w:r>
        <w:rPr>
          <w:b w:val="0"/>
        </w:rPr>
        <w:t>Không thêm lời đọc, âm thanh lạ hoặc nhạc khác làm ảnh hưởng tới bài hát.</w:t>
      </w:r>
    </w:p>
    <w:p>
      <w:pPr>
        <w:pStyle w:val="Heading2"/>
      </w:pPr>
      <w:r>
        <w:t>X THÔNG SỐ KỸ THUẬT VIDEO</w:t>
      </w:r>
    </w:p>
    <w:p>
      <w:pPr>
        <w:widowControl/>
      </w:pPr>
      <w:r>
        <w:rPr>
          <w:b w:val="0"/>
        </w:rPr>
        <w:t>Yêu cầu đầu ra mặc định:</w:t>
      </w:r>
    </w:p>
    <w:p>
      <w:pPr>
        <w:pStyle w:val="ListBullet"/>
        <w:widowControl/>
      </w:pPr>
      <w:r>
        <w:rPr>
          <w:b w:val="0"/>
        </w:rPr>
        <w:t>Tỷ lệ: 16:9.</w:t>
      </w:r>
    </w:p>
    <w:p>
      <w:pPr>
        <w:pStyle w:val="ListBullet"/>
        <w:widowControl/>
      </w:pPr>
      <w:r>
        <w:rPr>
          <w:b w:val="0"/>
        </w:rPr>
        <w:t>Độ phân giải: 1920 × 1080, ưu tiên 4K nếu hỗ trợ.</w:t>
      </w:r>
    </w:p>
    <w:p>
      <w:pPr>
        <w:pStyle w:val="ListBullet"/>
        <w:widowControl/>
      </w:pPr>
      <w:r>
        <w:rPr>
          <w:b w:val="0"/>
        </w:rPr>
        <w:t>Khung hình: 30 FPS.</w:t>
      </w:r>
    </w:p>
    <w:p>
      <w:pPr>
        <w:pStyle w:val="ListBullet"/>
        <w:widowControl/>
      </w:pPr>
      <w:r>
        <w:rPr>
          <w:b w:val="0"/>
        </w:rPr>
        <w:t>Định dạng: MP4.</w:t>
      </w:r>
    </w:p>
    <w:p>
      <w:pPr>
        <w:pStyle w:val="ListBullet"/>
        <w:widowControl/>
      </w:pPr>
      <w:r>
        <w:rPr>
          <w:b w:val="0"/>
        </w:rPr>
        <w:t>Video codec: H.264 hoặc codec tương thích.</w:t>
      </w:r>
    </w:p>
    <w:p>
      <w:pPr>
        <w:pStyle w:val="ListBullet"/>
        <w:widowControl/>
      </w:pPr>
      <w:r>
        <w:rPr>
          <w:b w:val="0"/>
        </w:rPr>
        <w:t>Âm thanh: AAC chất lượng cao.</w:t>
      </w:r>
    </w:p>
    <w:p>
      <w:pPr>
        <w:pStyle w:val="ListBullet"/>
        <w:widowControl/>
      </w:pPr>
      <w:r>
        <w:rPr>
          <w:b w:val="0"/>
        </w:rPr>
        <w:t>Độ dài: Bằng thời lượng bài nhạc gốc.</w:t>
      </w:r>
    </w:p>
    <w:p>
      <w:pPr>
        <w:pStyle w:val="ListBullet"/>
        <w:widowControl/>
      </w:pPr>
      <w:r>
        <w:rPr>
          <w:b w:val="0"/>
        </w:rPr>
        <w:t>Chất lượng: Phù hợp YouTube, Facebook, TV và máy chiếu.</w:t>
      </w:r>
    </w:p>
    <w:p>
      <w:pPr>
        <w:widowControl/>
      </w:pPr>
      <w:r>
        <w:rPr>
          <w:b w:val="0"/>
        </w:rPr>
        <w:t>Không xuất video bị mất âm thanh, lệch tiếng, vỡ hình, giật hình hoặc lỗi dấu tiếng Việt.</w:t>
      </w:r>
    </w:p>
    <w:p>
      <w:pPr>
        <w:widowControl/>
      </w:pPr>
      <w:r>
        <w:rPr>
          <w:b w:val="0"/>
        </w:rPr>
        <w:t>Nếu công cụ cho phép, ưu tiên tạo một bản chất lượng cao trước rồi mã hóa ra phiên bản MP4 tương thích.</w:t>
      </w:r>
    </w:p>
    <w:p>
      <w:pPr>
        <w:pStyle w:val="Heading2"/>
      </w:pPr>
      <w:r>
        <w:t>XI QUY TRÌNH SẢN XUẤT TỰ ĐỘNG</w:t>
      </w:r>
    </w:p>
    <w:p>
      <w:pPr>
        <w:widowControl/>
      </w:pPr>
      <w:r>
        <w:rPr>
          <w:b w:val="0"/>
        </w:rPr>
        <w:t>Hãy tổ chức công việc thành các bước tuần tự:</w:t>
      </w:r>
    </w:p>
    <w:p>
      <w:pPr>
        <w:widowControl/>
      </w:pPr>
      <w:r>
        <w:rPr>
          <w:b w:val="0"/>
        </w:rPr>
      </w:r>
      <w:r>
        <w:rPr>
          <w:b/>
        </w:rPr>
        <w:t>Bước 1:</w:t>
      </w:r>
      <w:r>
        <w:rPr>
          <w:b w:val="0"/>
        </w:rPr>
        <w:t xml:space="preserve"> Tiếp nhận và kiểm tra file nhạc, ảnh chân dung.</w:t>
      </w:r>
    </w:p>
    <w:p>
      <w:pPr>
        <w:widowControl/>
      </w:pPr>
      <w:r>
        <w:rPr>
          <w:b w:val="0"/>
        </w:rPr>
      </w:r>
      <w:r>
        <w:rPr>
          <w:b/>
        </w:rPr>
        <w:t>Bước 2:</w:t>
      </w:r>
      <w:r>
        <w:rPr>
          <w:b w:val="0"/>
        </w:rPr>
        <w:t xml:space="preserve"> Phân tích âm thanh, cấu trúc và nội dung bài hát.</w:t>
      </w:r>
    </w:p>
    <w:p>
      <w:pPr>
        <w:widowControl/>
      </w:pPr>
      <w:r>
        <w:rPr>
          <w:b w:val="0"/>
        </w:rPr>
      </w:r>
      <w:r>
        <w:rPr>
          <w:b/>
        </w:rPr>
        <w:t>Bước 3:</w:t>
      </w:r>
      <w:r>
        <w:rPr>
          <w:b w:val="0"/>
        </w:rPr>
        <w:t xml:space="preserve"> Trích xuất và kiểm tra lời hát.</w:t>
      </w:r>
    </w:p>
    <w:p>
      <w:pPr>
        <w:widowControl/>
      </w:pPr>
      <w:r>
        <w:rPr>
          <w:b w:val="0"/>
        </w:rPr>
      </w:r>
      <w:r>
        <w:rPr>
          <w:b/>
        </w:rPr>
        <w:t>Bước 4:</w:t>
      </w:r>
      <w:r>
        <w:rPr>
          <w:b w:val="0"/>
        </w:rPr>
        <w:t xml:space="preserve"> Tạo timestamp cho từng câu, từ và âm tiết.</w:t>
      </w:r>
    </w:p>
    <w:p>
      <w:pPr>
        <w:widowControl/>
      </w:pPr>
      <w:r>
        <w:rPr>
          <w:b w:val="0"/>
        </w:rPr>
      </w:r>
      <w:r>
        <w:rPr>
          <w:b/>
        </w:rPr>
        <w:t>Bước 5:</w:t>
      </w:r>
      <w:r>
        <w:rPr>
          <w:b w:val="0"/>
        </w:rPr>
        <w:t xml:space="preserve"> Xây dựng ý tưởng đạo diễn và storyboard.</w:t>
      </w:r>
    </w:p>
    <w:p>
      <w:pPr>
        <w:widowControl/>
      </w:pPr>
      <w:r>
        <w:rPr>
          <w:b w:val="0"/>
        </w:rPr>
      </w:r>
      <w:r>
        <w:rPr>
          <w:b/>
        </w:rPr>
        <w:t>Bước 6:</w:t>
      </w:r>
      <w:r>
        <w:rPr>
          <w:b w:val="0"/>
        </w:rPr>
        <w:t xml:space="preserve"> Thiết kế nhân vật chính theo ảnh tham chiếu, bảo toàn nhận diện Trần Khánh Tư.</w:t>
      </w:r>
    </w:p>
    <w:p>
      <w:pPr>
        <w:widowControl/>
      </w:pPr>
      <w:r>
        <w:rPr>
          <w:b w:val="0"/>
        </w:rPr>
      </w:r>
      <w:r>
        <w:rPr>
          <w:b/>
        </w:rPr>
        <w:t>Bước 7:</w:t>
      </w:r>
      <w:r>
        <w:rPr>
          <w:b w:val="0"/>
        </w:rPr>
        <w:t xml:space="preserve"> Tạo ảnh bìa MV và các hình ảnh phân cảnh.</w:t>
      </w:r>
    </w:p>
    <w:p>
      <w:pPr>
        <w:widowControl/>
      </w:pPr>
      <w:r>
        <w:rPr>
          <w:b w:val="0"/>
        </w:rPr>
      </w:r>
      <w:r>
        <w:rPr>
          <w:b/>
        </w:rPr>
        <w:t>Bước 8:</w:t>
      </w:r>
      <w:r>
        <w:rPr>
          <w:b w:val="0"/>
        </w:rPr>
        <w:t xml:space="preserve"> Tạo chuyển động hình ảnh phù hợp từng đoạn nhạc.</w:t>
      </w:r>
    </w:p>
    <w:p>
      <w:pPr>
        <w:widowControl/>
      </w:pPr>
      <w:r>
        <w:rPr>
          <w:b w:val="0"/>
        </w:rPr>
      </w:r>
      <w:r>
        <w:rPr>
          <w:b/>
        </w:rPr>
        <w:t>Bước 9:</w:t>
      </w:r>
      <w:r>
        <w:rPr>
          <w:b w:val="0"/>
        </w:rPr>
        <w:t xml:space="preserve"> Tạo hiệu ứng karaoke tô màu theo timestamp.</w:t>
      </w:r>
    </w:p>
    <w:p>
      <w:pPr>
        <w:widowControl/>
      </w:pPr>
      <w:r>
        <w:rPr>
          <w:b w:val="0"/>
        </w:rPr>
      </w:r>
      <w:r>
        <w:rPr>
          <w:b/>
        </w:rPr>
        <w:t>Bước 10:</w:t>
      </w:r>
      <w:r>
        <w:rPr>
          <w:b w:val="0"/>
        </w:rPr>
        <w:t xml:space="preserve"> Dựng video, ghép hình ảnh, lời karaoke và âm nhạc.</w:t>
      </w:r>
    </w:p>
    <w:p>
      <w:pPr>
        <w:widowControl/>
      </w:pPr>
      <w:r>
        <w:rPr>
          <w:b w:val="0"/>
        </w:rPr>
      </w:r>
      <w:r>
        <w:rPr>
          <w:b/>
        </w:rPr>
        <w:t>Bước 11:</w:t>
      </w:r>
      <w:r>
        <w:rPr>
          <w:b w:val="0"/>
        </w:rPr>
        <w:t xml:space="preserve"> Kiểm thử âm thanh, chữ, hình ảnh và hiệu ứng.</w:t>
      </w:r>
    </w:p>
    <w:p>
      <w:pPr>
        <w:widowControl/>
      </w:pPr>
      <w:r>
        <w:rPr>
          <w:b w:val="0"/>
        </w:rPr>
      </w:r>
      <w:r>
        <w:rPr>
          <w:b/>
        </w:rPr>
        <w:t>Bước 12:</w:t>
      </w:r>
      <w:r>
        <w:rPr>
          <w:b w:val="0"/>
        </w:rPr>
        <w:t xml:space="preserve"> Sửa lỗi, xuất file và bàn giao sản phẩm.</w:t>
      </w:r>
    </w:p>
    <w:p>
      <w:pPr>
        <w:widowControl/>
      </w:pPr>
      <w:r>
        <w:rPr>
          <w:b w:val="0"/>
        </w:rPr>
        <w:t>Tận dụng những công cụ thực sự có sẵn trong môi trường.</w:t>
      </w:r>
    </w:p>
    <w:p>
      <w:pPr>
        <w:widowControl/>
      </w:pPr>
      <w:r>
        <w:rPr>
          <w:b w:val="0"/>
        </w:rPr>
        <w:t>Có thể sử dụng công cụ tạo hình ảnh, tạo video, xử lý phụ đề và phần mềm như FFmpeg nếu được hỗ trợ.</w:t>
      </w:r>
    </w:p>
    <w:p>
      <w:pPr>
        <w:widowControl/>
      </w:pPr>
      <w:r>
        <w:rPr>
          <w:b w:val="0"/>
        </w:rPr>
        <w:t>Không tự nhận đã sử dụng một công cụ hoặc hoàn thành một công đoạn khi thực tế chưa thực hiện được.</w:t>
      </w:r>
    </w:p>
    <w:p>
      <w:pPr>
        <w:widowControl/>
      </w:pPr>
      <w:r>
        <w:rPr>
          <w:b w:val="0"/>
        </w:rPr>
        <w:t>Nếu cần dùng dịch vụ trả phí, hãy thông báo và xin xác nhận trước.</w:t>
      </w:r>
    </w:p>
    <w:p>
      <w:pPr>
        <w:pStyle w:val="Heading2"/>
      </w:pPr>
      <w:r>
        <w:t>XII KIỂM ĐỊNH CHẤT LƯỢNG CUỐI CÙNG</w:t>
      </w:r>
    </w:p>
    <w:p>
      <w:pPr>
        <w:widowControl/>
      </w:pPr>
      <w:r>
        <w:rPr>
          <w:b w:val="0"/>
        </w:rPr>
        <w:t>Trước khi bàn giao, hãy tự đánh giá theo thang 100 điểm:</w:t>
      </w:r>
    </w:p>
    <w:p>
      <w:pPr>
        <w:pStyle w:val="ListBullet"/>
        <w:widowControl/>
      </w:pPr>
      <w:r>
        <w:rPr>
          <w:b w:val="0"/>
        </w:rPr>
        <w:t>Đồng bộ karaoke: 30 điểm.</w:t>
      </w:r>
    </w:p>
    <w:p>
      <w:pPr>
        <w:pStyle w:val="ListBullet"/>
        <w:widowControl/>
      </w:pPr>
      <w:r>
        <w:rPr>
          <w:b w:val="0"/>
        </w:rPr>
        <w:t>Giữ đúng khuôn mặt nhân vật chính: 20 điểm.</w:t>
      </w:r>
    </w:p>
    <w:p>
      <w:pPr>
        <w:pStyle w:val="ListBullet"/>
        <w:widowControl/>
      </w:pPr>
      <w:r>
        <w:rPr>
          <w:b w:val="0"/>
        </w:rPr>
        <w:t>Hình ảnh phù hợp lời hát: 20 điểm.</w:t>
      </w:r>
    </w:p>
    <w:p>
      <w:pPr>
        <w:pStyle w:val="ListBullet"/>
        <w:widowControl/>
      </w:pPr>
      <w:r>
        <w:rPr>
          <w:b w:val="0"/>
        </w:rPr>
        <w:t>Chất lượng dựng phim và chuyển cảnh: 15 điểm.</w:t>
      </w:r>
    </w:p>
    <w:p>
      <w:pPr>
        <w:pStyle w:val="ListBullet"/>
        <w:widowControl/>
      </w:pPr>
      <w:r>
        <w:rPr>
          <w:b w:val="0"/>
        </w:rPr>
        <w:t>Âm thanh, độ phân giải và chất lượng xuất video: 10 điểm.</w:t>
      </w:r>
    </w:p>
    <w:p>
      <w:pPr>
        <w:pStyle w:val="ListBullet"/>
        <w:widowControl/>
      </w:pPr>
      <w:r>
        <w:rPr>
          <w:b w:val="0"/>
        </w:rPr>
        <w:t>Ảnh bìa chuyên nghiệp: 5 điểm.</w:t>
      </w:r>
    </w:p>
    <w:p>
      <w:pPr>
        <w:widowControl/>
      </w:pPr>
      <w:r>
        <w:rPr>
          <w:b w:val="0"/>
        </w:rPr>
        <w:t>Chỉ chấm điểm dựa trên kết quả thực tế đã kiểm tra.</w:t>
      </w:r>
    </w:p>
    <w:p>
      <w:pPr>
        <w:widowControl/>
      </w:pPr>
      <w:r>
        <w:rPr>
          <w:b w:val="0"/>
        </w:rPr>
        <w:t>Nếu chất lượng chưa đạt, hãy tìm nguyên nhân và cải thiện những lỗi có thể xử lý.</w:t>
      </w:r>
    </w:p>
    <w:p>
      <w:pPr>
        <w:pStyle w:val="Heading2"/>
      </w:pPr>
      <w:r>
        <w:t>XIII SẢN PHẨM CẦN BÀN GIAO</w:t>
      </w:r>
    </w:p>
    <w:p>
      <w:pPr>
        <w:widowControl/>
      </w:pPr>
      <w:r>
        <w:rPr>
          <w:b w:val="0"/>
        </w:rPr>
        <w:t>Tôi mong muốn nhận được:</w:t>
      </w:r>
    </w:p>
    <w:p>
      <w:pPr>
        <w:widowControl/>
      </w:pPr>
      <w:r>
        <w:rPr>
          <w:b w:val="0"/>
        </w:rPr>
        <w:t xml:space="preserve">1. </w:t>
      </w:r>
      <w:r>
        <w:rPr>
          <w:b/>
        </w:rPr>
        <w:t>01 video MV karaoke hoàn chỉnh dạng MP4</w:t>
      </w:r>
      <w:r>
        <w:rPr>
          <w:b w:val="0"/>
        </w:rPr>
        <w:t>, có tôi làm nhân vật trung tâm.</w:t>
      </w:r>
    </w:p>
    <w:p>
      <w:pPr>
        <w:widowControl/>
      </w:pPr>
      <w:r>
        <w:rPr>
          <w:b w:val="0"/>
        </w:rPr>
        <w:t xml:space="preserve">2. </w:t>
      </w:r>
      <w:r>
        <w:rPr>
          <w:b/>
        </w:rPr>
        <w:t>01 ảnh bìa thumbnail chuyên nghiệp</w:t>
      </w:r>
      <w:r>
        <w:rPr>
          <w:b w:val="0"/>
        </w:rPr>
        <w:t xml:space="preserve"> dạng PNG hoặc JPG.</w:t>
      </w:r>
    </w:p>
    <w:p>
      <w:pPr>
        <w:widowControl/>
      </w:pPr>
      <w:r>
        <w:rPr>
          <w:b w:val="0"/>
        </w:rPr>
        <w:t xml:space="preserve">3. </w:t>
      </w:r>
      <w:r>
        <w:rPr>
          <w:b/>
        </w:rPr>
        <w:t>01 file karaoke ASS</w:t>
      </w:r>
      <w:r>
        <w:rPr>
          <w:b w:val="0"/>
        </w:rPr>
        <w:t xml:space="preserve"> có thời gian tô màu chính xác.</w:t>
      </w:r>
    </w:p>
    <w:p>
      <w:pPr>
        <w:widowControl/>
      </w:pPr>
      <w:r>
        <w:rPr>
          <w:b w:val="0"/>
        </w:rPr>
        <w:t xml:space="preserve">4. </w:t>
      </w:r>
      <w:r>
        <w:rPr>
          <w:b/>
        </w:rPr>
        <w:t>01 bảng timeline và storyboard</w:t>
      </w:r>
      <w:r>
        <w:rPr>
          <w:b w:val="0"/>
        </w:rPr>
        <w:t>, thể hiện nội dung từng phân đoạn.</w:t>
      </w:r>
    </w:p>
    <w:p>
      <w:pPr>
        <w:widowControl/>
      </w:pPr>
      <w:r>
        <w:rPr>
          <w:b w:val="0"/>
        </w:rPr>
        <w:t xml:space="preserve">5. </w:t>
      </w:r>
      <w:r>
        <w:rPr>
          <w:b/>
        </w:rPr>
        <w:t>Bộ hình ảnh hoặc cảnh video được tạo ra</w:t>
      </w:r>
      <w:r>
        <w:rPr>
          <w:b w:val="0"/>
        </w:rPr>
        <w:t>, nếu có thể xuất riêng.</w:t>
      </w:r>
    </w:p>
    <w:p>
      <w:pPr>
        <w:widowControl/>
      </w:pPr>
      <w:r>
        <w:rPr>
          <w:b w:val="0"/>
        </w:rPr>
        <w:t xml:space="preserve">6. </w:t>
      </w:r>
      <w:r>
        <w:rPr>
          <w:b/>
        </w:rPr>
        <w:t>File dự án hoặc mã dựng phim</w:t>
      </w:r>
      <w:r>
        <w:rPr>
          <w:b w:val="0"/>
        </w:rPr>
        <w:t>, nếu môi trường hỗ trợ.</w:t>
      </w:r>
    </w:p>
    <w:p>
      <w:pPr>
        <w:widowControl/>
      </w:pPr>
      <w:r>
        <w:rPr>
          <w:b w:val="0"/>
        </w:rPr>
        <w:t>Cung cấp đường dẫn tải xuống thực tế cho các file đã tạo thành công.</w:t>
      </w:r>
    </w:p>
    <w:p>
      <w:pPr>
        <w:widowControl/>
      </w:pPr>
      <w:r>
        <w:rPr>
          <w:b w:val="0"/>
        </w:rPr>
        <w:t>Nếu không thể xuất video hoàn chỉnh vì thiếu công cụ hoặc quyền truy cập, hãy công khai giới hạn và bàn giao các phần có thể tạo được, kèm hướng dẫn ghép thành MP4. Không tạo link giả hoặc báo cáo sai tình trạng sản xuất.</w:t>
      </w:r>
    </w:p>
    <w:p>
      <w:pPr>
        <w:pStyle w:val="Heading2"/>
      </w:pPr>
      <w:r>
        <w:t>XIV NGUYÊN TẮC LÀM VIỆC</w:t>
      </w:r>
    </w:p>
    <w:p>
      <w:pPr>
        <w:widowControl/>
      </w:pPr>
      <w:r>
        <w:rPr>
          <w:b w:val="0"/>
        </w:rPr>
        <w:t>Tôi muốn AI chủ động làm việc như một ê-kíp sản xuất chuyên nghiệp.</w:t>
      </w:r>
    </w:p>
    <w:p>
      <w:pPr>
        <w:widowControl/>
      </w:pPr>
      <w:r>
        <w:rPr>
          <w:b w:val="0"/>
        </w:rPr>
        <w:t>Hãy tự tổ chức kế hoạch, phân tích dữ liệu, lựa chọn công cụ và thực hiện công đoạn phù hợp.</w:t>
      </w:r>
    </w:p>
    <w:p>
      <w:pPr>
        <w:widowControl/>
      </w:pPr>
      <w:r>
        <w:rPr>
          <w:b w:val="0"/>
        </w:rPr>
        <w:t>Không hỏi những thông tin có thể xác định từ file nhạc và ảnh đã cung cấp.</w:t>
      </w:r>
    </w:p>
    <w:p>
      <w:pPr>
        <w:widowControl/>
      </w:pPr>
      <w:r>
        <w:rPr>
          <w:b w:val="0"/>
        </w:rPr>
        <w:t>Chỉ hỏi lại khi thiếu dữ liệu bắt buộc, cần xác minh lời hát quan trọng hoặc cần quyền truy cập và chi phí bổ sung.</w:t>
      </w:r>
    </w:p>
    <w:p>
      <w:pPr>
        <w:widowControl/>
      </w:pPr>
      <w:r>
        <w:rPr>
          <w:b w:val="0"/>
        </w:rPr>
        <w:t>Nếu có lựa chọn về phong cách, hãy ưu tiên phương án điện ảnh sang trọng, cảm xúc và phù hợp với bài hát.</w:t>
      </w:r>
    </w:p>
    <w:p>
      <w:pPr>
        <w:widowControl/>
      </w:pPr>
      <w:r>
        <w:rPr>
          <w:b w:val="0"/>
        </w:rPr>
        <w:t>Ưu tiên tuyệt đối:</w:t>
      </w:r>
    </w:p>
    <w:p>
      <w:pPr>
        <w:widowControl/>
      </w:pPr>
      <w:r>
        <w:rPr>
          <w:b w:val="0"/>
        </w:rPr>
      </w:r>
      <w:r>
        <w:rPr>
          <w:b/>
        </w:rPr>
        <w:t>1. Đúng khuôn mặt tôi.</w:t>
      </w:r>
      <w:r>
        <w:rPr>
          <w:b w:val="0"/>
        </w:rPr>
      </w:r>
    </w:p>
    <w:p>
      <w:pPr>
        <w:widowControl/>
      </w:pPr>
      <w:r>
        <w:rPr>
          <w:b w:val="0"/>
        </w:rPr>
      </w:r>
      <w:r>
        <w:rPr>
          <w:b/>
        </w:rPr>
        <w:t>2. Đúng lời bài hát.</w:t>
      </w:r>
      <w:r>
        <w:rPr>
          <w:b w:val="0"/>
        </w:rPr>
      </w:r>
    </w:p>
    <w:p>
      <w:pPr>
        <w:widowControl/>
      </w:pPr>
      <w:r>
        <w:rPr>
          <w:b w:val="0"/>
        </w:rPr>
      </w:r>
      <w:r>
        <w:rPr>
          <w:b/>
        </w:rPr>
        <w:t>3. Karaoke tô màu đúng giọng hát.</w:t>
      </w:r>
      <w:r>
        <w:rPr>
          <w:b w:val="0"/>
        </w:rPr>
      </w:r>
    </w:p>
    <w:p>
      <w:pPr>
        <w:widowControl/>
      </w:pPr>
      <w:r>
        <w:rPr>
          <w:b w:val="0"/>
        </w:rPr>
      </w:r>
      <w:r>
        <w:rPr>
          <w:b/>
        </w:rPr>
        <w:t>4. Hình ảnh đúng cảm xúc và câu chuyện.</w:t>
      </w:r>
      <w:r>
        <w:rPr>
          <w:b w:val="0"/>
        </w:rPr>
      </w:r>
    </w:p>
    <w:p>
      <w:pPr>
        <w:widowControl/>
      </w:pPr>
      <w:r>
        <w:rPr>
          <w:b w:val="0"/>
        </w:rPr>
      </w:r>
      <w:r>
        <w:rPr>
          <w:b/>
        </w:rPr>
        <w:t>5. Video đẹp, mượt mà và chuyên nghiệp.</w:t>
      </w:r>
      <w:r>
        <w:rPr>
          <w:b w:val="0"/>
        </w:rPr>
      </w:r>
    </w:p>
    <w:p>
      <w:pPr>
        <w:pStyle w:val="Heading2"/>
      </w:pPr>
      <w:r>
        <w:t>XV MỤC TIÊU CAO NHẤT</w:t>
      </w:r>
    </w:p>
    <w:p>
      <w:pPr>
        <w:widowControl/>
      </w:pPr>
      <w:r>
        <w:rPr>
          <w:b w:val="0"/>
        </w:rPr>
        <w:t>Tôi không muốn một video chỉ ghép ảnh và nhạc đơn giản.</w:t>
      </w:r>
    </w:p>
    <w:p>
      <w:pPr>
        <w:widowControl/>
      </w:pPr>
      <w:r>
        <w:rPr>
          <w:b w:val="0"/>
        </w:rPr>
        <w:t xml:space="preserve">Tôi muốn tạo ra một </w:t>
      </w:r>
      <w:r>
        <w:rPr>
          <w:b/>
        </w:rPr>
        <w:t>MV KARAOKE ĐIỆN ẢNH CÁ NHÂN HÓA</w:t>
      </w:r>
      <w:r>
        <w:rPr>
          <w:b w:val="0"/>
        </w:rPr>
        <w:t>, nơi hình ảnh Trần Khánh Tư trở thành nhân vật trung tâm kể câu chuyện của bài hát.</w:t>
      </w:r>
    </w:p>
    <w:p>
      <w:pPr>
        <w:widowControl/>
      </w:pPr>
      <w:r>
        <w:rPr>
          <w:b w:val="0"/>
        </w:rPr>
        <w:t>Khi người xem mở video, họ cảm thấy như đang xem một tác phẩm điện ảnh có âm nhạc, câu chuyện và cảm xúc.</w:t>
      </w:r>
    </w:p>
    <w:p>
      <w:pPr>
        <w:widowControl/>
      </w:pPr>
      <w:r>
        <w:rPr>
          <w:b w:val="0"/>
        </w:rPr>
        <w:t>Khi muốn hát theo, họ nhìn thấy những dòng chữ karaoke lớn, đẹp, được tô màu chính xác theo giọng hát.</w:t>
      </w:r>
    </w:p>
    <w:p>
      <w:pPr>
        <w:widowControl/>
      </w:pPr>
      <w:r>
        <w:rPr>
          <w:b w:val="0"/>
        </w:rPr>
      </w:r>
      <w:r>
        <w:rPr>
          <w:b/>
        </w:rPr>
        <w:t>HÃY SẢN XUẤT VỚI TƯ DUY CỦA MỘT ĐẠO DIỄN MV CHUYÊN NGHIỆP, MỘT NGHỆ SĨ HÌNH ẢNH VÀ MỘT KỸ SƯ KARAOKE CHÍNH XÁC.</w:t>
      </w:r>
      <w:r>
        <w:rPr>
          <w:b w:val="0"/>
        </w:rPr>
      </w:r>
    </w:p>
    <w:p>
      <w:pPr>
        <w:widowControl/>
      </w:pPr>
      <w:r>
        <w:rPr>
          <w:b w:val="0"/>
        </w:rPr>
        <w:t>Bây giờ, hãy bắt đầu xử lý file âm nhạc và ảnh chân dung tôi đã đính kèm, triển khai lần lượt theo quy trình trên trong phạm vi công cụ hiện có.</w:t>
      </w:r>
    </w:p>
    <w:sectPr w:rsidR="00FC693F" w:rsidRPr="0006063C" w:rsidSect="00034616">
      <w:footerReference w:type="default" r:id="rId9"/>
      <w:pgSz w:w="11909" w:h="16834"/>
      <w:pgMar w:top="1037" w:right="1109" w:bottom="950" w:left="1109"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embedRegular r:id="rIdFont1" w:fontKey="{7B7A2B77-56D5-43FB-AD77-8A18C4C1DEFC}"/>
    <w:embedBold r:id="rIdFont2" w:fontKey="{07CFA899-CD9D-4BAC-BDB0-A52790E025B4}"/>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173B61"/>
        <w:sz w:val="16"/>
      </w:rPr>
      <w:t xml:space="preserve">TRẦN KHÁNH TƯ  •  </w:t>
    </w:r>
    <w:r>
      <w:fldChar w:fldCharType="begin"/>
    </w:r>
    <w:r>
      <w:instrText xml:space="preserve"> PAGE </w:instrText>
    </w:r>
    <w:r>
      <w:fldChar w:fldCharType="end"/>
    </w:r>
    <w:r>
      <w:t xml:space="preserve"> / </w:t>
    </w:r>
    <w:r>
      <w:fldChar w:fldCharType="begin"/>
    </w:r>
    <w:r>
      <w:instrText xml:space="preserve"> NUMPAGES </w:instrTex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w:hAnsi="Roboto" w:eastAsia="Roboto" w:cs="Roboto"/>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4" w:lineRule="auto"/>
    </w:pPr>
    <w:rPr>
      <w:rFonts w:ascii="Roboto" w:hAnsi="Roboto" w:eastAsia="Roboto" w:cs="Roboto"/>
      <w:b w:val="0"/>
      <w:color w:val="111111"/>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Roboto" w:hAnsi="Roboto" w:eastAsia="Roboto" w:cs="Roboto"/>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Roboto" w:hAnsi="Roboto" w:eastAsia="Roboto" w:cs="Roboto"/>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60" w:after="140"/>
      <w:outlineLvl w:val="2"/>
    </w:pPr>
    <w:rPr>
      <w:rFonts w:ascii="Roboto" w:hAnsi="Roboto" w:eastAsia="Roboto" w:cs="Roboto"/>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w:hAnsi="Roboto" w:eastAsia="Roboto" w:cs="Roboto"/>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Roboto" w:hAnsi="Roboto" w:eastAsia="Roboto" w:cs="Roboto"/>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Roboto" w:hAnsi="Roboto" w:eastAsia="Roboto" w:cs="Roboto"/>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Roboto" w:hAnsi="Roboto" w:eastAsia="Roboto" w:cs="Roboto"/>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Roboto" w:hAnsi="Roboto" w:eastAsia="Roboto" w:cs="Roboto"/>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Roboto" w:hAnsi="Roboto" w:eastAsia="Roboto" w:cs="Roboto"/>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w:hAnsi="Roboto" w:eastAsia="Roboto" w:cs="Roboto"/>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w:hAnsi="Roboto" w:eastAsia="Roboto" w:cs="Roboto"/>
      <w:b/>
      <w:bCs/>
      <w:color w:val="4F81BD" w:themeColor="accent1"/>
      <w:sz w:val="26"/>
      <w:szCs w:val="26"/>
    </w:rPr>
  </w:style>
  <w:style w:type="character" w:customStyle="1" w:styleId="Heading3Char">
    <w:name w:val="Heading 3 Char"/>
    <w:basedOn w:val="DefaultParagraphFont"/>
    <w:link w:val="Heading3"/>
    <w:uiPriority w:val="9"/>
    <w:rsid w:val="00FC693F"/>
    <w:rPr>
      <w:rFonts w:ascii="Roboto" w:hAnsi="Roboto" w:eastAsia="Roboto" w:cs="Roboto"/>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Roboto" w:hAnsi="Roboto" w:eastAsia="Roboto" w:cs="Roboto"/>
      <w:b/>
      <w:color w:val="000000"/>
      <w:spacing w:val="5"/>
      <w:kern w:val="28"/>
      <w:sz w:val="54"/>
      <w:szCs w:val="52"/>
    </w:rPr>
  </w:style>
  <w:style w:type="character" w:customStyle="1" w:styleId="TitleChar">
    <w:name w:val="Title Char"/>
    <w:basedOn w:val="DefaultParagraphFont"/>
    <w:link w:val="Title"/>
    <w:uiPriority w:val="10"/>
    <w:rsid w:val="00FC693F"/>
    <w:rPr>
      <w:rFonts w:ascii="Roboto" w:hAnsi="Roboto" w:eastAsia="Roboto" w:cs="Roboto"/>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pPr>
    <w:rPr>
      <w:rFonts w:ascii="Roboto" w:hAnsi="Roboto" w:eastAsia="Roboto" w:cs="Roboto"/>
      <w:b w:val="0"/>
      <w:i w:val="0"/>
      <w:iCs/>
      <w:color w:val="000000"/>
      <w:spacing w:val="15"/>
      <w:sz w:val="28"/>
      <w:szCs w:val="24"/>
    </w:rPr>
  </w:style>
  <w:style w:type="character" w:customStyle="1" w:styleId="SubtitleChar">
    <w:name w:val="Subtitle Char"/>
    <w:basedOn w:val="DefaultParagraphFont"/>
    <w:link w:val="Subtitle"/>
    <w:uiPriority w:val="11"/>
    <w:rsid w:val="00FC693F"/>
    <w:rPr>
      <w:rFonts w:ascii="Roboto" w:hAnsi="Roboto" w:eastAsia="Roboto" w:cs="Roboto"/>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64" w:lineRule="auto"/>
      <w:contextualSpacing/>
    </w:pPr>
    <w:rPr>
      <w:rFonts w:ascii="Roboto" w:hAnsi="Roboto" w:eastAsia="Roboto" w:cs="Roboto"/>
      <w:b w:val="0"/>
      <w:color w:val="111111"/>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line="264" w:lineRule="auto"/>
      <w:contextualSpacing/>
    </w:pPr>
    <w:rPr>
      <w:rFonts w:ascii="Roboto" w:hAnsi="Roboto" w:eastAsia="Roboto" w:cs="Roboto"/>
      <w:b w:val="0"/>
      <w:color w:val="111111"/>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Roboto" w:hAnsi="Roboto" w:eastAsia="Roboto" w:cs="Roboto"/>
      <w:sz w:val="20"/>
      <w:szCs w:val="20"/>
    </w:rPr>
  </w:style>
  <w:style w:type="character" w:customStyle="1" w:styleId="MacroTextChar">
    <w:name w:val="Macro Text Char"/>
    <w:basedOn w:val="DefaultParagraphFont"/>
    <w:link w:val="MacroText"/>
    <w:uiPriority w:val="99"/>
    <w:rsid w:val="0029639D"/>
    <w:rPr>
      <w:rFonts w:ascii="Roboto" w:hAnsi="Roboto" w:eastAsia="Roboto" w:cs="Roboto"/>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w:hAnsi="Roboto" w:eastAsia="Roboto" w:cs="Roboto"/>
      <w:b/>
      <w:bCs/>
      <w:i/>
      <w:iCs/>
      <w:color w:val="4F81BD" w:themeColor="accent1"/>
    </w:rPr>
  </w:style>
  <w:style w:type="character" w:customStyle="1" w:styleId="Heading5Char">
    <w:name w:val="Heading 5 Char"/>
    <w:basedOn w:val="DefaultParagraphFont"/>
    <w:link w:val="Heading5"/>
    <w:uiPriority w:val="9"/>
    <w:semiHidden/>
    <w:rsid w:val="00FC693F"/>
    <w:rPr>
      <w:rFonts w:ascii="Roboto" w:hAnsi="Roboto" w:eastAsia="Roboto" w:cs="Roboto"/>
      <w:color w:val="243F60" w:themeColor="accent1" w:themeShade="7F"/>
    </w:rPr>
  </w:style>
  <w:style w:type="character" w:customStyle="1" w:styleId="Heading6Char">
    <w:name w:val="Heading 6 Char"/>
    <w:basedOn w:val="DefaultParagraphFont"/>
    <w:link w:val="Heading6"/>
    <w:uiPriority w:val="9"/>
    <w:semiHidden/>
    <w:rsid w:val="00FC693F"/>
    <w:rPr>
      <w:rFonts w:ascii="Roboto" w:hAnsi="Roboto" w:eastAsia="Roboto" w:cs="Roboto"/>
      <w:i/>
      <w:iCs/>
      <w:color w:val="243F60" w:themeColor="accent1" w:themeShade="7F"/>
    </w:rPr>
  </w:style>
  <w:style w:type="character" w:customStyle="1" w:styleId="Heading7Char">
    <w:name w:val="Heading 7 Char"/>
    <w:basedOn w:val="DefaultParagraphFont"/>
    <w:link w:val="Heading7"/>
    <w:uiPriority w:val="9"/>
    <w:semiHidden/>
    <w:rsid w:val="00FC693F"/>
    <w:rPr>
      <w:rFonts w:ascii="Roboto" w:hAnsi="Roboto" w:eastAsia="Roboto" w:cs="Roboto"/>
      <w:i/>
      <w:iCs/>
      <w:color w:val="404040" w:themeColor="text1" w:themeTint="BF"/>
    </w:rPr>
  </w:style>
  <w:style w:type="character" w:customStyle="1" w:styleId="Heading8Char">
    <w:name w:val="Heading 8 Char"/>
    <w:basedOn w:val="DefaultParagraphFont"/>
    <w:link w:val="Heading8"/>
    <w:uiPriority w:val="9"/>
    <w:semiHidden/>
    <w:rsid w:val="00FC693F"/>
    <w:rPr>
      <w:rFonts w:ascii="Roboto" w:hAnsi="Roboto" w:eastAsia="Roboto" w:cs="Roboto"/>
      <w:color w:val="4F81BD" w:themeColor="accent1"/>
      <w:sz w:val="20"/>
      <w:szCs w:val="20"/>
    </w:rPr>
  </w:style>
  <w:style w:type="character" w:customStyle="1" w:styleId="Heading9Char">
    <w:name w:val="Heading 9 Char"/>
    <w:basedOn w:val="DefaultParagraphFont"/>
    <w:link w:val="Heading9"/>
    <w:uiPriority w:val="9"/>
    <w:semiHidden/>
    <w:rsid w:val="00FC693F"/>
    <w:rPr>
      <w:rFonts w:ascii="Roboto" w:hAnsi="Roboto" w:eastAsia="Roboto" w:cs="Roboto"/>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Roboto" w:hAnsi="Roboto" w:eastAsia="Roboto" w:cs="Roboto"/>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Roboto" w:hAnsi="Roboto" w:eastAsia="Roboto" w:cs="Roboto"/>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Roboto" w:hAnsi="Roboto" w:eastAsia="Roboto" w:cs="Roboto"/>
        <w:b/>
        <w:bCs/>
      </w:rPr>
    </w:tblStylePr>
    <w:tblStylePr w:type="lastCol">
      <w:rPr>
        <w:rFonts w:ascii="Roboto" w:hAnsi="Roboto" w:eastAsia="Roboto" w:cs="Roboto"/>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Roboto" w:hAnsi="Roboto" w:eastAsia="Roboto" w:cs="Roboto"/>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Roboto" w:hAnsi="Roboto" w:eastAsia="Roboto" w:cs="Roboto"/>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Roboto" w:hAnsi="Roboto" w:eastAsia="Roboto" w:cs="Roboto"/>
        <w:b/>
        <w:bCs/>
      </w:rPr>
    </w:tblStylePr>
    <w:tblStylePr w:type="lastCol">
      <w:rPr>
        <w:rFonts w:ascii="Roboto" w:hAnsi="Roboto" w:eastAsia="Roboto" w:cs="Roboto"/>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Roboto" w:hAnsi="Roboto" w:eastAsia="Roboto" w:cs="Roboto"/>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Roboto" w:hAnsi="Roboto" w:eastAsia="Roboto" w:cs="Roboto"/>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Roboto" w:hAnsi="Roboto" w:eastAsia="Roboto" w:cs="Roboto"/>
        <w:b/>
        <w:bCs/>
      </w:rPr>
    </w:tblStylePr>
    <w:tblStylePr w:type="lastCol">
      <w:rPr>
        <w:rFonts w:ascii="Roboto" w:hAnsi="Roboto" w:eastAsia="Roboto" w:cs="Roboto"/>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Roboto" w:hAnsi="Roboto" w:eastAsia="Roboto" w:cs="Roboto"/>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Roboto" w:hAnsi="Roboto" w:eastAsia="Roboto" w:cs="Roboto"/>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Roboto" w:hAnsi="Roboto" w:eastAsia="Roboto" w:cs="Roboto"/>
        <w:b/>
        <w:bCs/>
      </w:rPr>
    </w:tblStylePr>
    <w:tblStylePr w:type="lastCol">
      <w:rPr>
        <w:rFonts w:ascii="Roboto" w:hAnsi="Roboto" w:eastAsia="Roboto" w:cs="Roboto"/>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Roboto" w:hAnsi="Roboto" w:eastAsia="Roboto" w:cs="Roboto"/>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Roboto" w:hAnsi="Roboto" w:eastAsia="Roboto" w:cs="Roboto"/>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Roboto" w:hAnsi="Roboto" w:eastAsia="Roboto" w:cs="Roboto"/>
        <w:b/>
        <w:bCs/>
      </w:rPr>
    </w:tblStylePr>
    <w:tblStylePr w:type="lastCol">
      <w:rPr>
        <w:rFonts w:ascii="Roboto" w:hAnsi="Roboto" w:eastAsia="Roboto" w:cs="Roboto"/>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Roboto" w:hAnsi="Roboto" w:eastAsia="Roboto" w:cs="Roboto"/>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Roboto" w:hAnsi="Roboto" w:eastAsia="Roboto" w:cs="Roboto"/>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Roboto" w:hAnsi="Roboto" w:eastAsia="Roboto" w:cs="Roboto"/>
        <w:b/>
        <w:bCs/>
      </w:rPr>
    </w:tblStylePr>
    <w:tblStylePr w:type="lastCol">
      <w:rPr>
        <w:rFonts w:ascii="Roboto" w:hAnsi="Roboto" w:eastAsia="Roboto" w:cs="Roboto"/>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Roboto" w:hAnsi="Roboto" w:eastAsia="Roboto" w:cs="Roboto"/>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Roboto" w:hAnsi="Roboto" w:eastAsia="Roboto" w:cs="Roboto"/>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Roboto" w:hAnsi="Roboto" w:eastAsia="Roboto" w:cs="Roboto"/>
        <w:b/>
        <w:bCs/>
      </w:rPr>
    </w:tblStylePr>
    <w:tblStylePr w:type="lastCol">
      <w:rPr>
        <w:rFonts w:ascii="Roboto" w:hAnsi="Roboto" w:eastAsia="Roboto" w:cs="Roboto"/>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Roboto" w:hAnsi="Roboto" w:eastAsia="Roboto" w:cs="Roboto"/>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Roboto" w:hAnsi="Roboto" w:eastAsia="Roboto" w:cs="Roboto"/>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Roboto" w:hAnsi="Roboto" w:eastAsia="Roboto" w:cs="Roboto"/>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Roboto" w:hAnsi="Roboto" w:eastAsia="Roboto" w:cs="Roboto"/>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Roboto" w:hAnsi="Roboto" w:eastAsia="Roboto" w:cs="Roboto"/>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Roboto" w:hAnsi="Roboto" w:eastAsia="Roboto" w:cs="Roboto"/>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Roboto" w:hAnsi="Roboto" w:eastAsia="Roboto" w:cs="Roboto"/>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Roboto" w:hAnsi="Roboto" w:eastAsia="Roboto" w:cs="Roboto"/>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eta">
    <w:name w:val="Meta"/>
    <w:basedOn w:val="Normal"/>
    <w:pPr>
      <w:keepNext/>
      <w:spacing w:after="100"/>
    </w:pPr>
    <w:rPr>
      <w:rFonts w:ascii="Roboto" w:hAnsi="Roboto" w:eastAsia="Roboto" w:cs="Roboto"/>
      <w:color w:val="596574"/>
      <w:sz w:val="19"/>
    </w:rPr>
  </w:style>
  <w:style w:type="paragraph" w:customStyle="1" w:styleId="SourceNote">
    <w:name w:val="SourceNote"/>
    <w:basedOn w:val="Normal"/>
    <w:pPr>
      <w:spacing w:after="100"/>
    </w:pPr>
    <w:rPr>
      <w:rFonts w:ascii="Roboto" w:hAnsi="Roboto" w:eastAsia="Roboto" w:cs="Roboto"/>
      <w:color w:val="596574"/>
      <w:sz w:val="18"/>
    </w:rPr>
  </w:style>
  <w:style w:type="paragraph" w:customStyle="1" w:styleId="Eyebrow">
    <w:name w:val="Eyebrow"/>
    <w:basedOn w:val="Normal"/>
    <w:pPr>
      <w:spacing w:after="100"/>
    </w:pPr>
    <w:rPr>
      <w:rFonts w:ascii="Roboto" w:hAnsi="Roboto" w:eastAsia="Roboto" w:cs="Roboto"/>
      <w:b/>
      <w:color w:val="C86417"/>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Font1" Type="http://schemas.openxmlformats.org/officeDocument/2006/relationships/font" Target="fonts/Roboto-400.odttf"/><Relationship Id="rIdFont2" Type="http://schemas.openxmlformats.org/officeDocument/2006/relationships/font" Target="fonts/Roboto-700.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Tổng hợp câu lệnh AI Agent tối 14 tháng 10 năm 2026</dc:title>
  <dc:subject>Câu lệnh thực hành từ 20 giờ đến 22 giờ 43 giờ Việt Nam</dc:subject>
  <dc:creator>Trần Khánh Tư</dc:creator>
  <cp:keywords>AI Agent, Trần Khánh Tư, câu lệnh, website, video karaoke, Work</cp:keywords>
  <dc:description>generated by python-docx</dc:description>
  <cp:lastModifiedBy/>
  <cp:revision>1</cp:revision>
  <dcterms:created xsi:type="dcterms:W3CDTF">2013-12-23T23:15:00Z</dcterms:created>
  <dcterms:modified xsi:type="dcterms:W3CDTF">2013-12-23T23:15:00Z</dcterms:modified>
  <cp:category/>
</cp:coreProperties>
</file>